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489CAE" w14:textId="77777777" w:rsidR="00275FA9" w:rsidRDefault="00000000">
      <w:pPr>
        <w:spacing w:after="20"/>
        <w:jc w:val="center"/>
      </w:pPr>
      <w:r>
        <w:rPr>
          <w:rFonts w:ascii="Aptos Display" w:hAnsi="Aptos Display"/>
          <w:b/>
          <w:color w:val="18324A"/>
          <w:sz w:val="46"/>
        </w:rPr>
        <w:t>KEEGAN ROY SMITH</w:t>
      </w:r>
    </w:p>
    <w:p w14:paraId="07AF75D6" w14:textId="77777777" w:rsidR="00275FA9" w:rsidRDefault="00000000">
      <w:pPr>
        <w:spacing w:after="100"/>
        <w:jc w:val="center"/>
      </w:pPr>
      <w:r>
        <w:rPr>
          <w:b/>
          <w:color w:val="2B7A78"/>
        </w:rPr>
        <w:t>GOLF OPERATIONS &amp; SPORTS MANAGEMENT PROFESSIONAL</w:t>
      </w:r>
    </w:p>
    <w:p w14:paraId="7148562D" w14:textId="77777777" w:rsidR="00275FA9" w:rsidRDefault="00000000">
      <w:pPr>
        <w:pBdr>
          <w:bottom w:val="single" w:sz="18" w:space="5" w:color="2B7A78"/>
        </w:pBdr>
        <w:spacing w:after="140"/>
        <w:jc w:val="center"/>
      </w:pPr>
      <w:r>
        <w:rPr>
          <w:color w:val="5A6570"/>
          <w:sz w:val="18"/>
        </w:rPr>
        <w:t>Boynton Beach, Florida  |  +1 561 344 2353  |  keegansmith696@gmail.com  |  South African</w:t>
      </w:r>
    </w:p>
    <w:p w14:paraId="7F1EE877" w14:textId="77777777" w:rsidR="00275FA9" w:rsidRDefault="00000000">
      <w:pPr>
        <w:pStyle w:val="Heading1"/>
        <w:pBdr>
          <w:bottom w:val="single" w:sz="8" w:space="3" w:color="D9E3E8"/>
        </w:pBdr>
      </w:pPr>
      <w:r>
        <w:t>PROFESSIONAL PROFILE</w:t>
      </w:r>
    </w:p>
    <w:p w14:paraId="5FC921A1" w14:textId="77777777" w:rsidR="00275FA9" w:rsidRDefault="00000000">
      <w:r>
        <w:t>Golf operations and sports management professional with experience supporting private club members, managing day-to-day golf service operations, handling bookings and payments, and coaching competitive school hockey. Known for attentive member service, practical organisation, and a hands-on approach in fast-paced club environments.</w:t>
      </w:r>
    </w:p>
    <w:p w14:paraId="421BF5D4" w14:textId="77777777" w:rsidR="00275FA9" w:rsidRDefault="00000000">
      <w:pPr>
        <w:pStyle w:val="Heading1"/>
        <w:pBdr>
          <w:bottom w:val="single" w:sz="8" w:space="3" w:color="D9E3E8"/>
        </w:pBdr>
      </w:pPr>
      <w:r>
        <w:t>CORE SKILLS</w:t>
      </w:r>
    </w:p>
    <w:p w14:paraId="45B2A5C6" w14:textId="77777777" w:rsidR="00275FA9" w:rsidRDefault="00000000">
      <w:r>
        <w:rPr>
          <w:sz w:val="18"/>
        </w:rPr>
        <w:t>Member service  •  Golf bag and cart operations  •  Tee-time bookings  •  Cash handling and reconciliation  •  Course marshalling  •  Team coaching  •  Training session planning  •  Microsoft Excel</w:t>
      </w:r>
    </w:p>
    <w:p w14:paraId="718E7C03" w14:textId="77777777" w:rsidR="00275FA9" w:rsidRDefault="00000000">
      <w:pPr>
        <w:pStyle w:val="Heading1"/>
        <w:pBdr>
          <w:bottom w:val="single" w:sz="8" w:space="3" w:color="D9E3E8"/>
        </w:pBdr>
      </w:pPr>
      <w:r>
        <w:t>PROFESSIONAL EXPERIENCE</w:t>
      </w:r>
    </w:p>
    <w:p w14:paraId="02386C31" w14:textId="3F2F5E00" w:rsidR="00275FA9" w:rsidRDefault="00000000">
      <w:pPr>
        <w:keepNext/>
        <w:tabs>
          <w:tab w:val="right" w:pos="10008"/>
        </w:tabs>
        <w:spacing w:before="100" w:after="0"/>
      </w:pPr>
      <w:r>
        <w:rPr>
          <w:b/>
          <w:color w:val="18324A"/>
          <w:sz w:val="21"/>
        </w:rPr>
        <w:t>Bag Room Attendant</w:t>
      </w:r>
      <w:r w:rsidR="004508BF">
        <w:rPr>
          <w:b/>
          <w:color w:val="18324A"/>
          <w:sz w:val="21"/>
        </w:rPr>
        <w:t xml:space="preserve"> </w:t>
      </w:r>
      <w:r w:rsidR="004508BF">
        <w:rPr>
          <w:b/>
          <w:color w:val="18324A"/>
          <w:sz w:val="21"/>
        </w:rPr>
        <w:t>(Seasonal</w:t>
      </w:r>
      <w:r w:rsidR="004508BF">
        <w:rPr>
          <w:b/>
          <w:color w:val="18324A"/>
          <w:sz w:val="21"/>
        </w:rPr>
        <w:t xml:space="preserve"> Winter</w:t>
      </w:r>
      <w:r w:rsidR="004508BF">
        <w:rPr>
          <w:b/>
          <w:color w:val="18324A"/>
          <w:sz w:val="21"/>
        </w:rPr>
        <w:t>)</w:t>
      </w:r>
      <w:r>
        <w:rPr>
          <w:b/>
          <w:color w:val="2B7A78"/>
          <w:sz w:val="18"/>
        </w:rPr>
        <w:tab/>
        <w:t xml:space="preserve">Oct 2022 – </w:t>
      </w:r>
      <w:r w:rsidR="004508BF">
        <w:rPr>
          <w:b/>
          <w:color w:val="2B7A78"/>
          <w:sz w:val="18"/>
        </w:rPr>
        <w:t>May 2026</w:t>
      </w:r>
    </w:p>
    <w:p w14:paraId="499B32E5" w14:textId="77777777" w:rsidR="00275FA9" w:rsidRDefault="00000000">
      <w:pPr>
        <w:keepNext/>
        <w:spacing w:after="40"/>
      </w:pPr>
      <w:r>
        <w:rPr>
          <w:i/>
          <w:color w:val="5A6570"/>
        </w:rPr>
        <w:t>The Club at Quail Ridge  |  Boynton Beach, Florida</w:t>
      </w:r>
    </w:p>
    <w:p w14:paraId="61FC63A4" w14:textId="77777777" w:rsidR="00275FA9" w:rsidRDefault="00000000">
      <w:pPr>
        <w:pStyle w:val="ListBullet"/>
        <w:spacing w:after="30" w:line="240" w:lineRule="auto"/>
        <w:ind w:left="317" w:hanging="202"/>
      </w:pPr>
      <w:r>
        <w:t>Deliver attentive day-to-day service to members and guests in the bag room.</w:t>
      </w:r>
    </w:p>
    <w:p w14:paraId="2A87835D" w14:textId="77777777" w:rsidR="00275FA9" w:rsidRDefault="00000000">
      <w:pPr>
        <w:pStyle w:val="ListBullet"/>
        <w:spacing w:after="30" w:line="240" w:lineRule="auto"/>
        <w:ind w:left="317" w:hanging="202"/>
      </w:pPr>
      <w:r>
        <w:t>Prepare and load golf bags onto carts accurately and efficiently.</w:t>
      </w:r>
    </w:p>
    <w:p w14:paraId="2BC75922" w14:textId="77777777" w:rsidR="00275FA9" w:rsidRDefault="00000000">
      <w:pPr>
        <w:pStyle w:val="ListBullet"/>
        <w:spacing w:after="30" w:line="240" w:lineRule="auto"/>
        <w:ind w:left="317" w:hanging="202"/>
      </w:pPr>
      <w:r>
        <w:t>Clean members’ golf clubs and maintain golf carts to club standards.</w:t>
      </w:r>
    </w:p>
    <w:p w14:paraId="19B338BB" w14:textId="77777777" w:rsidR="00275FA9" w:rsidRDefault="00000000">
      <w:pPr>
        <w:pStyle w:val="ListBullet"/>
        <w:spacing w:after="30" w:line="240" w:lineRule="auto"/>
        <w:ind w:left="317" w:hanging="202"/>
      </w:pPr>
      <w:r>
        <w:t>Help keep the bag room and staging areas organised and ready for play.</w:t>
      </w:r>
    </w:p>
    <w:p w14:paraId="0B942D70" w14:textId="4353F52E" w:rsidR="00275FA9" w:rsidRDefault="00000000">
      <w:pPr>
        <w:keepNext/>
        <w:tabs>
          <w:tab w:val="right" w:pos="10008"/>
        </w:tabs>
        <w:spacing w:before="100" w:after="0"/>
      </w:pPr>
      <w:r>
        <w:rPr>
          <w:b/>
          <w:color w:val="18324A"/>
          <w:sz w:val="21"/>
        </w:rPr>
        <w:t>Bag Room Attendant (Seasonal</w:t>
      </w:r>
      <w:r w:rsidR="004508BF">
        <w:rPr>
          <w:b/>
          <w:color w:val="18324A"/>
          <w:sz w:val="21"/>
        </w:rPr>
        <w:t xml:space="preserve"> Summer</w:t>
      </w:r>
      <w:r>
        <w:rPr>
          <w:b/>
          <w:color w:val="18324A"/>
          <w:sz w:val="21"/>
        </w:rPr>
        <w:t>)</w:t>
      </w:r>
      <w:r>
        <w:rPr>
          <w:b/>
          <w:color w:val="2B7A78"/>
          <w:sz w:val="18"/>
        </w:rPr>
        <w:tab/>
        <w:t xml:space="preserve">May 2025 – </w:t>
      </w:r>
      <w:r w:rsidR="004508BF">
        <w:rPr>
          <w:b/>
          <w:color w:val="2B7A78"/>
          <w:sz w:val="18"/>
        </w:rPr>
        <w:t>Present</w:t>
      </w:r>
    </w:p>
    <w:p w14:paraId="4E9FCA73" w14:textId="77777777" w:rsidR="00275FA9" w:rsidRDefault="00000000">
      <w:pPr>
        <w:keepNext/>
        <w:spacing w:after="40"/>
      </w:pPr>
      <w:r>
        <w:rPr>
          <w:i/>
          <w:color w:val="5A6570"/>
        </w:rPr>
        <w:t>Bald Peak Colony Club  |  Melvin Village, New Hampshire</w:t>
      </w:r>
    </w:p>
    <w:p w14:paraId="6326706C" w14:textId="77777777" w:rsidR="00275FA9" w:rsidRDefault="00000000">
      <w:pPr>
        <w:pStyle w:val="ListBullet"/>
        <w:spacing w:after="30" w:line="240" w:lineRule="auto"/>
        <w:ind w:left="317" w:hanging="202"/>
      </w:pPr>
      <w:r>
        <w:t>Provided friendly, responsive service to members throughout the golf season.</w:t>
      </w:r>
    </w:p>
    <w:p w14:paraId="54B3C67C" w14:textId="77777777" w:rsidR="00275FA9" w:rsidRDefault="00000000">
      <w:pPr>
        <w:pStyle w:val="ListBullet"/>
        <w:spacing w:after="30" w:line="240" w:lineRule="auto"/>
        <w:ind w:left="317" w:hanging="202"/>
      </w:pPr>
      <w:r>
        <w:t>Loaded and staged golf bags, cleaned clubs, and prepared carts for daily play.</w:t>
      </w:r>
    </w:p>
    <w:p w14:paraId="0FD2686E" w14:textId="77777777" w:rsidR="00275FA9" w:rsidRDefault="00000000">
      <w:pPr>
        <w:pStyle w:val="ListBullet"/>
        <w:spacing w:after="30" w:line="240" w:lineRule="auto"/>
        <w:ind w:left="317" w:hanging="202"/>
      </w:pPr>
      <w:r>
        <w:t>Supported the smooth operation and presentation of the bag room and cart areas.</w:t>
      </w:r>
    </w:p>
    <w:p w14:paraId="15FCEE39" w14:textId="77777777" w:rsidR="00275FA9" w:rsidRDefault="00000000">
      <w:pPr>
        <w:keepNext/>
        <w:tabs>
          <w:tab w:val="right" w:pos="10008"/>
        </w:tabs>
        <w:spacing w:before="100" w:after="0"/>
      </w:pPr>
      <w:r>
        <w:rPr>
          <w:b/>
          <w:color w:val="18324A"/>
          <w:sz w:val="21"/>
        </w:rPr>
        <w:t>Assistant Golf Manager</w:t>
      </w:r>
      <w:r>
        <w:rPr>
          <w:b/>
          <w:color w:val="2B7A78"/>
          <w:sz w:val="18"/>
        </w:rPr>
        <w:tab/>
        <w:t>May 2021 – May 2022</w:t>
      </w:r>
    </w:p>
    <w:p w14:paraId="234BC545" w14:textId="77777777" w:rsidR="00275FA9" w:rsidRDefault="00000000">
      <w:pPr>
        <w:keepNext/>
        <w:spacing w:after="40"/>
      </w:pPr>
      <w:r>
        <w:rPr>
          <w:i/>
          <w:color w:val="5A6570"/>
        </w:rPr>
        <w:t>Ruimsig Country Club  |  Johannesburg, South Africa</w:t>
      </w:r>
    </w:p>
    <w:p w14:paraId="2CDBA343" w14:textId="77777777" w:rsidR="00275FA9" w:rsidRDefault="00000000">
      <w:pPr>
        <w:pStyle w:val="ListBullet"/>
        <w:spacing w:after="30" w:line="240" w:lineRule="auto"/>
        <w:ind w:left="317" w:hanging="202"/>
      </w:pPr>
      <w:r>
        <w:t>Welcomed golfers, processed cash and card payments, and handled in-person and telephone bookings.</w:t>
      </w:r>
    </w:p>
    <w:p w14:paraId="011307DA" w14:textId="77777777" w:rsidR="00275FA9" w:rsidRDefault="00000000">
      <w:pPr>
        <w:pStyle w:val="ListBullet"/>
        <w:spacing w:after="30" w:line="240" w:lineRule="auto"/>
        <w:ind w:left="317" w:hanging="202"/>
      </w:pPr>
      <w:r>
        <w:t>Completed end-of-shift cash reconciliation accurately.</w:t>
      </w:r>
    </w:p>
    <w:p w14:paraId="5220E6C0" w14:textId="77777777" w:rsidR="00275FA9" w:rsidRDefault="00000000">
      <w:pPr>
        <w:pStyle w:val="ListBullet"/>
        <w:spacing w:after="30" w:line="240" w:lineRule="auto"/>
        <w:ind w:left="317" w:hanging="202"/>
      </w:pPr>
      <w:r>
        <w:t>Marshalled the course and assisted with the flow of play and day-to-day golf operations.</w:t>
      </w:r>
    </w:p>
    <w:p w14:paraId="53412233" w14:textId="77777777" w:rsidR="00275FA9" w:rsidRDefault="00000000">
      <w:pPr>
        <w:keepNext/>
        <w:tabs>
          <w:tab w:val="right" w:pos="10008"/>
        </w:tabs>
        <w:spacing w:before="100" w:after="0"/>
      </w:pPr>
      <w:r>
        <w:rPr>
          <w:b/>
          <w:color w:val="18324A"/>
          <w:sz w:val="21"/>
        </w:rPr>
        <w:t>Hockey Coach</w:t>
      </w:r>
      <w:r>
        <w:rPr>
          <w:b/>
          <w:color w:val="2B7A78"/>
          <w:sz w:val="18"/>
        </w:rPr>
        <w:tab/>
        <w:t>Jan 2019 – Aug 2021</w:t>
      </w:r>
    </w:p>
    <w:p w14:paraId="04C9EAA7" w14:textId="77777777" w:rsidR="00275FA9" w:rsidRDefault="00000000">
      <w:pPr>
        <w:keepNext/>
        <w:spacing w:after="40"/>
      </w:pPr>
      <w:r>
        <w:rPr>
          <w:i/>
          <w:color w:val="5A6570"/>
        </w:rPr>
        <w:t>St John’s College  |  Johannesburg, South Africa</w:t>
      </w:r>
    </w:p>
    <w:p w14:paraId="513BC044" w14:textId="77777777" w:rsidR="00275FA9" w:rsidRDefault="00000000">
      <w:pPr>
        <w:pStyle w:val="ListBullet"/>
        <w:spacing w:after="30" w:line="240" w:lineRule="auto"/>
        <w:ind w:left="317" w:hanging="202"/>
      </w:pPr>
      <w:r>
        <w:t>Coached the boys’ second team and assisted with the first team.</w:t>
      </w:r>
    </w:p>
    <w:p w14:paraId="7C4BC1FF" w14:textId="77777777" w:rsidR="00275FA9" w:rsidRDefault="00000000">
      <w:pPr>
        <w:pStyle w:val="ListBullet"/>
        <w:spacing w:after="30" w:line="240" w:lineRule="auto"/>
        <w:ind w:left="317" w:hanging="202"/>
      </w:pPr>
      <w:r>
        <w:t>Planned and delivered fitness, skills, and tactical training sessions.</w:t>
      </w:r>
    </w:p>
    <w:p w14:paraId="015E56EA" w14:textId="77777777" w:rsidR="00275FA9" w:rsidRDefault="00000000">
      <w:pPr>
        <w:pStyle w:val="ListBullet"/>
        <w:spacing w:after="30" w:line="240" w:lineRule="auto"/>
        <w:ind w:left="317" w:hanging="202"/>
      </w:pPr>
      <w:r>
        <w:t>Provided match-day tactical coaching and umpiring support.</w:t>
      </w:r>
    </w:p>
    <w:p w14:paraId="1B390B7A" w14:textId="77777777" w:rsidR="00275FA9" w:rsidRDefault="00000000">
      <w:pPr>
        <w:pStyle w:val="ListBullet"/>
        <w:spacing w:after="30" w:line="240" w:lineRule="auto"/>
        <w:ind w:left="317" w:hanging="202"/>
      </w:pPr>
      <w:r>
        <w:t>Encouraged teamwork, discipline, and a strong team culture.</w:t>
      </w:r>
    </w:p>
    <w:p w14:paraId="767A1133" w14:textId="77777777" w:rsidR="00275FA9" w:rsidRDefault="00000000">
      <w:pPr>
        <w:pStyle w:val="Heading1"/>
        <w:pBdr>
          <w:bottom w:val="single" w:sz="8" w:space="3" w:color="D9E3E8"/>
        </w:pBdr>
      </w:pPr>
      <w:r>
        <w:t>EDUCATION</w:t>
      </w:r>
    </w:p>
    <w:p w14:paraId="43F2BA9D" w14:textId="77777777" w:rsidR="00275FA9" w:rsidRDefault="00000000">
      <w:pPr>
        <w:keepNext/>
        <w:spacing w:after="0"/>
      </w:pPr>
      <w:r>
        <w:rPr>
          <w:b/>
          <w:color w:val="18324A"/>
          <w:sz w:val="21"/>
        </w:rPr>
        <w:t>National Diploma in Sports Management</w:t>
      </w:r>
      <w:r>
        <w:rPr>
          <w:color w:val="2B7A78"/>
        </w:rPr>
        <w:t xml:space="preserve">  |  2021</w:t>
      </w:r>
    </w:p>
    <w:p w14:paraId="51EDFC9D" w14:textId="77777777" w:rsidR="00275FA9" w:rsidRDefault="00000000">
      <w:pPr>
        <w:spacing w:after="20"/>
      </w:pPr>
      <w:r>
        <w:rPr>
          <w:i/>
          <w:color w:val="5A6570"/>
        </w:rPr>
        <w:t>University of Johannesburg, Doornfontein, Johannesburg</w:t>
      </w:r>
    </w:p>
    <w:p w14:paraId="3200FC3C" w14:textId="77777777" w:rsidR="00275FA9" w:rsidRDefault="00000000">
      <w:r>
        <w:t>Coursework: Marketing Management, Microsoft Excel, Business Studies, Public Relations, Financial Management, Sports Management, and Physical &amp; Recreational Sport.</w:t>
      </w:r>
    </w:p>
    <w:p w14:paraId="6AD96488" w14:textId="77777777" w:rsidR="00275FA9" w:rsidRDefault="00000000">
      <w:pPr>
        <w:keepNext/>
        <w:spacing w:after="0"/>
      </w:pPr>
      <w:r>
        <w:rPr>
          <w:b/>
          <w:color w:val="18324A"/>
          <w:sz w:val="21"/>
        </w:rPr>
        <w:t>National Senior Certificate (Grade 12)</w:t>
      </w:r>
      <w:r>
        <w:rPr>
          <w:color w:val="2B7A78"/>
        </w:rPr>
        <w:t xml:space="preserve">  |  2017</w:t>
      </w:r>
    </w:p>
    <w:p w14:paraId="30F2B456" w14:textId="77777777" w:rsidR="00275FA9" w:rsidRDefault="00000000">
      <w:r>
        <w:rPr>
          <w:i/>
          <w:color w:val="5A6570"/>
        </w:rPr>
        <w:t>Jeppe High School for Boys, Johannesburg</w:t>
      </w:r>
    </w:p>
    <w:sectPr w:rsidR="00275FA9" w:rsidSect="00034616">
      <w:footerReference w:type="default" r:id="rId8"/>
      <w:pgSz w:w="12240" w:h="15840"/>
      <w:pgMar w:top="792" w:right="1037" w:bottom="792" w:left="103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638BBE" w14:textId="77777777" w:rsidR="006232D0" w:rsidRDefault="006232D0">
      <w:pPr>
        <w:spacing w:after="0" w:line="240" w:lineRule="auto"/>
      </w:pPr>
      <w:r>
        <w:separator/>
      </w:r>
    </w:p>
  </w:endnote>
  <w:endnote w:type="continuationSeparator" w:id="0">
    <w:p w14:paraId="140AAC2A" w14:textId="77777777" w:rsidR="006232D0" w:rsidRDefault="006232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26309" w14:textId="77777777" w:rsidR="00275FA9" w:rsidRDefault="00000000">
    <w:pPr>
      <w:pStyle w:val="Footer"/>
      <w:jc w:val="center"/>
    </w:pPr>
    <w:r>
      <w:rPr>
        <w:color w:val="7B8790"/>
        <w:sz w:val="15"/>
      </w:rPr>
      <w:t>KEEGAN ROY SMITH  •  CURRICULUM VITAE  • 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00FF91" w14:textId="77777777" w:rsidR="006232D0" w:rsidRDefault="006232D0">
      <w:pPr>
        <w:spacing w:after="0" w:line="240" w:lineRule="auto"/>
      </w:pPr>
      <w:r>
        <w:separator/>
      </w:r>
    </w:p>
  </w:footnote>
  <w:footnote w:type="continuationSeparator" w:id="0">
    <w:p w14:paraId="1F6D13F1" w14:textId="77777777" w:rsidR="006232D0" w:rsidRDefault="006232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52910902">
    <w:abstractNumId w:val="8"/>
  </w:num>
  <w:num w:numId="2" w16cid:durableId="1259369245">
    <w:abstractNumId w:val="6"/>
  </w:num>
  <w:num w:numId="3" w16cid:durableId="588274729">
    <w:abstractNumId w:val="5"/>
  </w:num>
  <w:num w:numId="4" w16cid:durableId="1933321107">
    <w:abstractNumId w:val="4"/>
  </w:num>
  <w:num w:numId="5" w16cid:durableId="184371409">
    <w:abstractNumId w:val="7"/>
  </w:num>
  <w:num w:numId="6" w16cid:durableId="1326737156">
    <w:abstractNumId w:val="3"/>
  </w:num>
  <w:num w:numId="7" w16cid:durableId="1978487198">
    <w:abstractNumId w:val="2"/>
  </w:num>
  <w:num w:numId="8" w16cid:durableId="1882013253">
    <w:abstractNumId w:val="1"/>
  </w:num>
  <w:num w:numId="9" w16cid:durableId="14615368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75FA9"/>
    <w:rsid w:val="0029639D"/>
    <w:rsid w:val="00326F90"/>
    <w:rsid w:val="004508BF"/>
    <w:rsid w:val="006232D0"/>
    <w:rsid w:val="00932D4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E2EF7CD"/>
  <w14:defaultImageDpi w14:val="300"/>
  <w15:docId w15:val="{14502E85-F9B6-4026-B84F-E44D5A7DC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52" w:lineRule="auto"/>
    </w:pPr>
    <w:rPr>
      <w:rFonts w:ascii="Aptos" w:hAnsi="Aptos"/>
      <w:color w:val="26323A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/>
      <w:b/>
      <w:bCs/>
      <w:color w:val="18324A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80"/>
      <w:outlineLvl w:val="1"/>
    </w:pPr>
    <w:rPr>
      <w:rFonts w:asciiTheme="majorHAnsi" w:eastAsiaTheme="majorEastAsia" w:hAnsiTheme="majorHAnsi" w:cstheme="majorBidi"/>
      <w:b/>
      <w:bCs/>
      <w:color w:val="18324A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sz w:val="18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376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Keegan Roy Smith - Curriculum Vitae</dc:title>
  <dc:subject>Professional CV</dc:subject>
  <dc:creator>Keegan Roy Smith</dc:creator>
  <cp:keywords>Golf operations, sports management, member service</cp:keywords>
  <dc:description>generated by python-docx</dc:description>
  <cp:lastModifiedBy>Golf Shop</cp:lastModifiedBy>
  <cp:revision>2</cp:revision>
  <dcterms:created xsi:type="dcterms:W3CDTF">2013-12-23T23:15:00Z</dcterms:created>
  <dcterms:modified xsi:type="dcterms:W3CDTF">2026-09-04T13:57:00Z</dcterms:modified>
  <cp:category/>
</cp:coreProperties>
</file>