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8B122" w14:textId="77777777" w:rsidR="001556D4" w:rsidRDefault="00E47FF8">
      <w:pPr>
        <w:pStyle w:val="Title"/>
      </w:pPr>
      <w:r>
        <w:t>Dominic O'Brien</w:t>
      </w:r>
    </w:p>
    <w:p w14:paraId="2E7033F4" w14:textId="77777777" w:rsidR="001556D4" w:rsidRDefault="00E47FF8">
      <w:pPr>
        <w:jc w:val="center"/>
      </w:pPr>
      <w:r>
        <w:t>Aspiring PGA Golf Instructor | NCAA Division II Golfer | Business Development Professional</w:t>
      </w:r>
    </w:p>
    <w:p w14:paraId="2185DFE0" w14:textId="10EF040F" w:rsidR="001556D4" w:rsidRDefault="00E47FF8">
      <w:pPr>
        <w:jc w:val="center"/>
      </w:pPr>
      <w:r>
        <w:t>📍</w:t>
      </w:r>
      <w:r w:rsidR="0090399F">
        <w:t>Manchester</w:t>
      </w:r>
      <w:r>
        <w:t xml:space="preserve">, England | 📞 +44 </w:t>
      </w:r>
      <w:r w:rsidR="001545AF">
        <w:t>7733468056</w:t>
      </w:r>
      <w:r>
        <w:t xml:space="preserve">| 📧 </w:t>
      </w:r>
      <w:r w:rsidR="001545AF">
        <w:t>dlobrien89@outlook.com</w:t>
      </w:r>
      <w:r>
        <w:t xml:space="preserve">| 🌐 </w:t>
      </w:r>
      <w:r w:rsidR="001545AF" w:rsidRPr="001545AF">
        <w:t>https://www.linkedin.com/in/dominic-obrien59/</w:t>
      </w:r>
    </w:p>
    <w:p w14:paraId="27EA4BC0" w14:textId="77777777" w:rsidR="001556D4" w:rsidRDefault="00E47FF8">
      <w:r>
        <w:rPr>
          <w:b/>
        </w:rPr>
        <w:t>Professional Summary</w:t>
      </w:r>
    </w:p>
    <w:p w14:paraId="6268C124" w14:textId="52A8E107" w:rsidR="001556D4" w:rsidRDefault="00E47FF8">
      <w:r>
        <w:t xml:space="preserve">Former NCAA Division II golfer and Srixon/Cleveland Golf All-America Scholar with a strong foundation in competitive golf and business development. With years of high-level athletic experience and professional skills in client strategy and team leadership, </w:t>
      </w:r>
      <w:r w:rsidR="001545AF">
        <w:t xml:space="preserve">I am </w:t>
      </w:r>
      <w:r>
        <w:t xml:space="preserve">pursuing a career as a PGA golf instructor. </w:t>
      </w:r>
      <w:r w:rsidR="001545AF">
        <w:t>I will be c</w:t>
      </w:r>
      <w:r>
        <w:t>ombin</w:t>
      </w:r>
      <w:r w:rsidR="001545AF">
        <w:t>ing my</w:t>
      </w:r>
      <w:r>
        <w:t xml:space="preserve"> elite sport insight</w:t>
      </w:r>
      <w:r w:rsidR="00D93C0F">
        <w:t>,</w:t>
      </w:r>
      <w:r>
        <w:t xml:space="preserve"> </w:t>
      </w:r>
      <w:r w:rsidR="001545AF">
        <w:t>a passion for coaching and a deep understanding to global corporate sales</w:t>
      </w:r>
      <w:r>
        <w:t xml:space="preserve"> and a track record of driving success.</w:t>
      </w:r>
      <w:r w:rsidR="00186ED9">
        <w:t xml:space="preserve"> I have previous experience working in Golf retail and professional shops meaning an easy transition into the Professional Golf world</w:t>
      </w:r>
      <w:r w:rsidR="00140767">
        <w:t>.</w:t>
      </w:r>
    </w:p>
    <w:p w14:paraId="67C66B5A" w14:textId="77777777" w:rsidR="001556D4" w:rsidRDefault="00E47FF8">
      <w:r>
        <w:rPr>
          <w:b/>
        </w:rPr>
        <w:t>Golfing Achievements</w:t>
      </w:r>
    </w:p>
    <w:p w14:paraId="42113D67" w14:textId="77777777" w:rsidR="001556D4" w:rsidRDefault="00E47FF8">
      <w:pPr>
        <w:pStyle w:val="ListBullet"/>
      </w:pPr>
      <w:r>
        <w:t>• NCAA Division II Collegiate Golfer, Barton College (2016–2020)</w:t>
      </w:r>
    </w:p>
    <w:p w14:paraId="2A6D6CDD" w14:textId="77777777" w:rsidR="001556D4" w:rsidRDefault="00E47FF8">
      <w:pPr>
        <w:pStyle w:val="ListBullet"/>
      </w:pPr>
      <w:r>
        <w:t>• Srixon/Cleveland Golf All-America Scholar (2019–20)</w:t>
      </w:r>
    </w:p>
    <w:p w14:paraId="42F628F6" w14:textId="77777777" w:rsidR="001556D4" w:rsidRDefault="00E47FF8">
      <w:pPr>
        <w:pStyle w:val="ListBullet"/>
      </w:pPr>
      <w:r>
        <w:t>• All-Conference Carolinas Selection (2019–20)</w:t>
      </w:r>
    </w:p>
    <w:p w14:paraId="788E3490" w14:textId="667314DD" w:rsidR="001556D4" w:rsidRDefault="00E47FF8">
      <w:pPr>
        <w:pStyle w:val="ListBullet"/>
      </w:pPr>
      <w:r>
        <w:t>• Stroke average under 7</w:t>
      </w:r>
      <w:r w:rsidR="001545AF">
        <w:t>4</w:t>
      </w:r>
      <w:r>
        <w:t>.0</w:t>
      </w:r>
      <w:r w:rsidR="008D392C">
        <w:t xml:space="preserve"> (2019-20)</w:t>
      </w:r>
    </w:p>
    <w:p w14:paraId="0283784B" w14:textId="4262702E" w:rsidR="001556D4" w:rsidRDefault="00E47FF8">
      <w:pPr>
        <w:pStyle w:val="ListBullet"/>
      </w:pPr>
      <w:r>
        <w:t>• Competitor in</w:t>
      </w:r>
      <w:r w:rsidR="001545AF">
        <w:t xml:space="preserve"> over 15</w:t>
      </w:r>
      <w:r>
        <w:t xml:space="preserve"> </w:t>
      </w:r>
      <w:r w:rsidR="001545AF">
        <w:t xml:space="preserve">NCAA </w:t>
      </w:r>
      <w:r>
        <w:t>Intercollegiate Tournament</w:t>
      </w:r>
      <w:r w:rsidR="001545AF">
        <w:t>s with 2 top 10’s and a top 5</w:t>
      </w:r>
      <w:r>
        <w:t xml:space="preserve"> (</w:t>
      </w:r>
      <w:r w:rsidR="008D392C">
        <w:t>Bearcat intercollegiate 2019, Barton Intercollegiate 2019, Griffin Blake Memorial 2019,</w:t>
      </w:r>
      <w:r>
        <w:t>)</w:t>
      </w:r>
    </w:p>
    <w:p w14:paraId="38B2FF6B" w14:textId="249761B5" w:rsidR="001545AF" w:rsidRDefault="00E47FF8" w:rsidP="001545AF">
      <w:pPr>
        <w:pStyle w:val="ListBullet"/>
      </w:pPr>
      <w:r>
        <w:t>• Club Champion – [</w:t>
      </w:r>
      <w:r w:rsidR="001545AF">
        <w:t>Warrington Golf Club</w:t>
      </w:r>
      <w:r>
        <w:t xml:space="preserve">, </w:t>
      </w:r>
      <w:r w:rsidR="001545AF">
        <w:t>2022</w:t>
      </w:r>
      <w:r>
        <w:t>]</w:t>
      </w:r>
    </w:p>
    <w:p w14:paraId="6D2FD71E" w14:textId="1F0E18B8" w:rsidR="001545AF" w:rsidRDefault="001545AF" w:rsidP="001545AF">
      <w:pPr>
        <w:pStyle w:val="ListBullet"/>
      </w:pPr>
      <w:r>
        <w:t>• Club Matchplay Champion – [Warrington Golf Club, 2022]</w:t>
      </w:r>
    </w:p>
    <w:p w14:paraId="12B062D9" w14:textId="77777777" w:rsidR="001556D4" w:rsidRDefault="00E47FF8">
      <w:r>
        <w:rPr>
          <w:b/>
        </w:rPr>
        <w:t>Business &amp; Management Experience</w:t>
      </w:r>
    </w:p>
    <w:p w14:paraId="13CCDC91" w14:textId="430F44B4" w:rsidR="001556D4" w:rsidRDefault="00E47FF8">
      <w:r>
        <w:t xml:space="preserve">Business Development </w:t>
      </w:r>
      <w:r w:rsidR="008D392C">
        <w:t xml:space="preserve">Support </w:t>
      </w:r>
      <w:r>
        <w:t>Manager – [</w:t>
      </w:r>
      <w:r w:rsidR="008D392C">
        <w:t>DHL Supply Chain</w:t>
      </w:r>
      <w:r>
        <w:t xml:space="preserve">], </w:t>
      </w:r>
      <w:r w:rsidR="008D392C">
        <w:t>Rugby</w:t>
      </w:r>
      <w:r>
        <w:t>, UK (</w:t>
      </w:r>
      <w:r w:rsidR="008D392C">
        <w:t xml:space="preserve">Jan </w:t>
      </w:r>
      <w:r>
        <w:t>202</w:t>
      </w:r>
      <w:r w:rsidR="008D392C">
        <w:t>4</w:t>
      </w:r>
      <w:r>
        <w:t>–Present)</w:t>
      </w:r>
    </w:p>
    <w:p w14:paraId="353664AE" w14:textId="027ADECB" w:rsidR="001556D4" w:rsidRDefault="00E47FF8">
      <w:r>
        <w:t xml:space="preserve">- </w:t>
      </w:r>
      <w:r w:rsidR="008D392C">
        <w:t xml:space="preserve">Helped deliver over </w:t>
      </w:r>
      <w:r>
        <w:t xml:space="preserve">Increased revenue </w:t>
      </w:r>
      <w:r w:rsidR="00186ED9">
        <w:t xml:space="preserve">and AGP </w:t>
      </w:r>
      <w:r>
        <w:t xml:space="preserve">by 30% through new acquisition </w:t>
      </w:r>
      <w:r w:rsidR="00186ED9">
        <w:t xml:space="preserve">and prospecting/targeting </w:t>
      </w:r>
      <w:r>
        <w:t>strategies</w:t>
      </w:r>
    </w:p>
    <w:p w14:paraId="46016A9F" w14:textId="73526CD7" w:rsidR="00502323" w:rsidRDefault="00502323">
      <w:r>
        <w:t xml:space="preserve">- </w:t>
      </w:r>
      <w:r w:rsidR="00506BBD">
        <w:t xml:space="preserve">Prospected </w:t>
      </w:r>
      <w:r w:rsidR="00841A96">
        <w:t xml:space="preserve">and developed </w:t>
      </w:r>
      <w:r w:rsidR="0066736C">
        <w:t xml:space="preserve">relationships with global clients in Healthcare </w:t>
      </w:r>
      <w:r w:rsidR="006E6A72">
        <w:t xml:space="preserve">to provide large scale national and regional supply chain solutions </w:t>
      </w:r>
      <w:r w:rsidR="00DD150B">
        <w:t xml:space="preserve">e.g </w:t>
      </w:r>
      <w:proofErr w:type="spellStart"/>
      <w:r w:rsidR="00DD150B">
        <w:t>bioMerieux</w:t>
      </w:r>
      <w:proofErr w:type="spellEnd"/>
      <w:r w:rsidR="00DD150B">
        <w:t xml:space="preserve"> and Roche Pharmaceuticals </w:t>
      </w:r>
    </w:p>
    <w:p w14:paraId="02C139AC" w14:textId="73F62977" w:rsidR="001556D4" w:rsidRDefault="00E47FF8">
      <w:r>
        <w:t>- Managed a £</w:t>
      </w:r>
      <w:r w:rsidR="008D392C">
        <w:t>29</w:t>
      </w:r>
      <w:r>
        <w:t xml:space="preserve">M+ pipeline and </w:t>
      </w:r>
      <w:r w:rsidR="008D392C">
        <w:t xml:space="preserve">supported </w:t>
      </w:r>
      <w:r>
        <w:t xml:space="preserve">high-level </w:t>
      </w:r>
      <w:r w:rsidR="008D392C">
        <w:t>£5m AGP deals</w:t>
      </w:r>
    </w:p>
    <w:p w14:paraId="49CE3E22" w14:textId="10C8BEC5" w:rsidR="001556D4" w:rsidRDefault="00E47FF8">
      <w:r>
        <w:t xml:space="preserve">- Led </w:t>
      </w:r>
      <w:r w:rsidR="008D392C">
        <w:t xml:space="preserve">CRM management and support of NHS Hospital logistics contracts </w:t>
      </w:r>
    </w:p>
    <w:p w14:paraId="08327ADB" w14:textId="0D11E4B7" w:rsidR="001556D4" w:rsidRDefault="008D392C">
      <w:r>
        <w:t>Business Engagement Advisor</w:t>
      </w:r>
      <w:r w:rsidR="00E47FF8">
        <w:t>– [</w:t>
      </w:r>
      <w:r>
        <w:t>St Helens Chamber</w:t>
      </w:r>
      <w:r w:rsidR="00E47FF8">
        <w:t>], Manchester, UK (</w:t>
      </w:r>
      <w:r>
        <w:t xml:space="preserve">May </w:t>
      </w:r>
      <w:r w:rsidR="00E47FF8">
        <w:t>20</w:t>
      </w:r>
      <w:r>
        <w:t>23</w:t>
      </w:r>
      <w:r w:rsidR="00E47FF8">
        <w:t>–</w:t>
      </w:r>
      <w:r>
        <w:t xml:space="preserve">Dec </w:t>
      </w:r>
      <w:r w:rsidR="00E47FF8">
        <w:t>20</w:t>
      </w:r>
      <w:r>
        <w:t>23</w:t>
      </w:r>
      <w:r w:rsidR="00E47FF8">
        <w:t>)</w:t>
      </w:r>
    </w:p>
    <w:p w14:paraId="139FE3DA" w14:textId="07B6E28A" w:rsidR="001556D4" w:rsidRDefault="00E47FF8">
      <w:r>
        <w:t>- Managed client portfolio with a 95% retention rate</w:t>
      </w:r>
    </w:p>
    <w:p w14:paraId="77F4CFD3" w14:textId="691758A0" w:rsidR="001556D4" w:rsidRDefault="00E47FF8">
      <w:r>
        <w:t xml:space="preserve">- Delivered data-driven sales campaigns and supported </w:t>
      </w:r>
      <w:r w:rsidR="008D392C">
        <w:t xml:space="preserve">new membership growth including </w:t>
      </w:r>
      <w:r w:rsidR="00E16612">
        <w:t>an</w:t>
      </w:r>
      <w:r w:rsidR="008D392C">
        <w:t xml:space="preserve"> Indoor Golf facility new startup [Virtuoso Golf, Haydock.]</w:t>
      </w:r>
    </w:p>
    <w:p w14:paraId="05D5C33F" w14:textId="5B222D00" w:rsidR="001556D4" w:rsidRDefault="00E47FF8">
      <w:r>
        <w:rPr>
          <w:b/>
        </w:rPr>
        <w:t>Core Skills</w:t>
      </w:r>
    </w:p>
    <w:p w14:paraId="74B00972" w14:textId="7168E062" w:rsidR="001556D4" w:rsidRDefault="00E47FF8">
      <w:r>
        <w:t>Golf &amp; Coaching:</w:t>
      </w:r>
    </w:p>
    <w:p w14:paraId="20675825" w14:textId="77777777" w:rsidR="001556D4" w:rsidRDefault="00E47FF8">
      <w:pPr>
        <w:pStyle w:val="ListBullet"/>
      </w:pPr>
      <w:r>
        <w:t>- Swing analysis</w:t>
      </w:r>
    </w:p>
    <w:p w14:paraId="37AD557D" w14:textId="77777777" w:rsidR="001556D4" w:rsidRDefault="00E47FF8">
      <w:pPr>
        <w:pStyle w:val="ListBullet"/>
      </w:pPr>
      <w:r>
        <w:t>- Short game training</w:t>
      </w:r>
    </w:p>
    <w:p w14:paraId="0FB57248" w14:textId="77777777" w:rsidR="001556D4" w:rsidRDefault="00E47FF8">
      <w:pPr>
        <w:pStyle w:val="ListBullet"/>
      </w:pPr>
      <w:r>
        <w:t>- Mental coaching</w:t>
      </w:r>
    </w:p>
    <w:p w14:paraId="3EEDEDC7" w14:textId="77777777" w:rsidR="001556D4" w:rsidRDefault="00E47FF8">
      <w:pPr>
        <w:pStyle w:val="ListBullet"/>
      </w:pPr>
      <w:r>
        <w:t>- Tournament preparation</w:t>
      </w:r>
    </w:p>
    <w:p w14:paraId="0F438005" w14:textId="208EFA79" w:rsidR="00186ED9" w:rsidRDefault="00186ED9">
      <w:pPr>
        <w:pStyle w:val="ListBullet"/>
      </w:pPr>
      <w:r>
        <w:t xml:space="preserve">- Proficient Trackman &amp; Custom Fitting knowledge </w:t>
      </w:r>
    </w:p>
    <w:p w14:paraId="2DC5FEDE" w14:textId="3FC6EF83" w:rsidR="00186ED9" w:rsidRDefault="00186ED9">
      <w:pPr>
        <w:pStyle w:val="ListBullet"/>
      </w:pPr>
      <w:r>
        <w:t>- Proficient Skillset in club repairs, re-gripping, re-shafting.</w:t>
      </w:r>
    </w:p>
    <w:p w14:paraId="48C7B8EB" w14:textId="4E2F8AEF" w:rsidR="001556D4" w:rsidRDefault="00E47FF8">
      <w:r>
        <w:t>Business &amp; Leadership:</w:t>
      </w:r>
    </w:p>
    <w:p w14:paraId="310DF01B" w14:textId="4EC61099" w:rsidR="001556D4" w:rsidRDefault="00E47FF8">
      <w:pPr>
        <w:pStyle w:val="ListBullet"/>
      </w:pPr>
      <w:r>
        <w:t>- Strategic sales execution</w:t>
      </w:r>
    </w:p>
    <w:p w14:paraId="7EC10263" w14:textId="77777777" w:rsidR="001556D4" w:rsidRDefault="00E47FF8">
      <w:pPr>
        <w:pStyle w:val="ListBullet"/>
      </w:pPr>
      <w:r>
        <w:t>- Cross-functional leadership</w:t>
      </w:r>
    </w:p>
    <w:p w14:paraId="4D859436" w14:textId="77777777" w:rsidR="001556D4" w:rsidRDefault="00E47FF8">
      <w:pPr>
        <w:pStyle w:val="ListBullet"/>
      </w:pPr>
      <w:r>
        <w:t>- CRM &amp; data insights</w:t>
      </w:r>
    </w:p>
    <w:p w14:paraId="1893CC63" w14:textId="43763AC3" w:rsidR="001556D4" w:rsidRDefault="00E47FF8">
      <w:r>
        <w:rPr>
          <w:b/>
        </w:rPr>
        <w:t>Education &amp; Certifications</w:t>
      </w:r>
    </w:p>
    <w:p w14:paraId="6576587E" w14:textId="6F5DA676" w:rsidR="008D392C" w:rsidRDefault="00E47FF8">
      <w:r>
        <w:t xml:space="preserve">• B.A. </w:t>
      </w:r>
      <w:r w:rsidR="008D392C">
        <w:t>(Hons) Business Administration</w:t>
      </w:r>
      <w:r>
        <w:t xml:space="preserve"> – Barton College, 2020</w:t>
      </w:r>
    </w:p>
    <w:p w14:paraId="581EE831" w14:textId="2390C9FE" w:rsidR="008D392C" w:rsidRDefault="008D392C">
      <w:r>
        <w:t xml:space="preserve">• B.A. (Hons) Sports </w:t>
      </w:r>
      <w:r w:rsidR="00186ED9">
        <w:t>Management</w:t>
      </w:r>
      <w:r>
        <w:t>– Barton College, 2020</w:t>
      </w:r>
    </w:p>
    <w:p w14:paraId="2A3AF948" w14:textId="72AC2F8B" w:rsidR="001556D4" w:rsidRPr="00D93C0F" w:rsidRDefault="00E47FF8">
      <w:pPr>
        <w:rPr>
          <w:lang w:val="en-GB"/>
        </w:rPr>
      </w:pPr>
      <w:r w:rsidRPr="00D93C0F">
        <w:t>•</w:t>
      </w:r>
      <w:r w:rsidR="00D93C0F" w:rsidRPr="00D93C0F">
        <w:t xml:space="preserve"> </w:t>
      </w:r>
      <w:r w:rsidR="00D93C0F" w:rsidRPr="00D93C0F">
        <w:rPr>
          <w:lang w:val="en-GB"/>
        </w:rPr>
        <w:t>FdSc - BSc (</w:t>
      </w:r>
      <w:proofErr w:type="spellStart"/>
      <w:r w:rsidR="00D93C0F" w:rsidRPr="00D93C0F">
        <w:rPr>
          <w:lang w:val="en-GB"/>
        </w:rPr>
        <w:t>Hons</w:t>
      </w:r>
      <w:proofErr w:type="spellEnd"/>
      <w:r w:rsidR="00D93C0F" w:rsidRPr="00D93C0F">
        <w:rPr>
          <w:lang w:val="en-GB"/>
        </w:rPr>
        <w:t>) Professional Golf Studies</w:t>
      </w:r>
      <w:r w:rsidR="00D93C0F">
        <w:rPr>
          <w:lang w:val="en-GB"/>
        </w:rPr>
        <w:t xml:space="preserve"> </w:t>
      </w:r>
      <w:r>
        <w:t>– Planned</w:t>
      </w:r>
      <w:r w:rsidR="00D93C0F">
        <w:t xml:space="preserve"> (once employment confirmed)</w:t>
      </w:r>
    </w:p>
    <w:p w14:paraId="337A0D02" w14:textId="5B184054" w:rsidR="001556D4" w:rsidRDefault="00E47FF8">
      <w:r>
        <w:t xml:space="preserve">• </w:t>
      </w:r>
      <w:r w:rsidR="008D392C">
        <w:t xml:space="preserve">DBS Certified </w:t>
      </w:r>
    </w:p>
    <w:p w14:paraId="3991D037" w14:textId="525A25E8" w:rsidR="001556D4" w:rsidRDefault="00E47FF8">
      <w:r>
        <w:t xml:space="preserve"> </w:t>
      </w:r>
    </w:p>
    <w:p w14:paraId="29ED94B7" w14:textId="229341B4" w:rsidR="001556D4" w:rsidRDefault="00186ED9">
      <w:r>
        <w:rPr>
          <w:noProof/>
        </w:rPr>
        <w:drawing>
          <wp:anchor distT="0" distB="0" distL="114300" distR="114300" simplePos="0" relativeHeight="251659264" behindDoc="0" locked="0" layoutInCell="1" allowOverlap="1" wp14:anchorId="654C29F7" wp14:editId="4675E0D2">
            <wp:simplePos x="0" y="0"/>
            <wp:positionH relativeFrom="column">
              <wp:posOffset>-771525</wp:posOffset>
            </wp:positionH>
            <wp:positionV relativeFrom="paragraph">
              <wp:posOffset>375920</wp:posOffset>
            </wp:positionV>
            <wp:extent cx="2162175" cy="1656715"/>
            <wp:effectExtent l="0" t="0" r="9525" b="635"/>
            <wp:wrapSquare wrapText="bothSides"/>
            <wp:docPr id="1724362411" name="Picture 1" descr="A person swinging a golf clu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62411" name="Picture 1" descr="A person swinging a golf club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170D0E3" wp14:editId="0F63677F">
            <wp:simplePos x="0" y="0"/>
            <wp:positionH relativeFrom="column">
              <wp:posOffset>4114800</wp:posOffset>
            </wp:positionH>
            <wp:positionV relativeFrom="paragraph">
              <wp:posOffset>403860</wp:posOffset>
            </wp:positionV>
            <wp:extent cx="2404110" cy="1628775"/>
            <wp:effectExtent l="0" t="0" r="0" b="9525"/>
            <wp:wrapSquare wrapText="bothSides"/>
            <wp:docPr id="734342239" name="Picture 3" descr="A group of men in blue polo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42239" name="Picture 3" descr="A group of men in blue polo shirt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79CEF70" wp14:editId="2FC60B19">
            <wp:simplePos x="0" y="0"/>
            <wp:positionH relativeFrom="column">
              <wp:posOffset>1571625</wp:posOffset>
            </wp:positionH>
            <wp:positionV relativeFrom="paragraph">
              <wp:posOffset>385445</wp:posOffset>
            </wp:positionV>
            <wp:extent cx="2432685" cy="1647825"/>
            <wp:effectExtent l="0" t="0" r="5715" b="9525"/>
            <wp:wrapSquare wrapText="bothSides"/>
            <wp:docPr id="1250191789" name="Picture 4" descr="A group of men in blue polo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91789" name="Picture 4" descr="A group of men in blue polo shirt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FF8">
        <w:rPr>
          <w:b/>
        </w:rPr>
        <w:t>Photos &amp; Visuals</w:t>
      </w:r>
    </w:p>
    <w:p w14:paraId="1A6EF5F1" w14:textId="3ABDD37B" w:rsidR="00186ED9" w:rsidRDefault="00186ED9" w:rsidP="00186ED9"/>
    <w:p w14:paraId="33FFAEFF" w14:textId="770CB61C" w:rsidR="001556D4" w:rsidRDefault="001556D4"/>
    <w:sectPr w:rsidR="001556D4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89571936">
    <w:abstractNumId w:val="8"/>
  </w:num>
  <w:num w:numId="2" w16cid:durableId="1907454190">
    <w:abstractNumId w:val="6"/>
  </w:num>
  <w:num w:numId="3" w16cid:durableId="1301688828">
    <w:abstractNumId w:val="5"/>
  </w:num>
  <w:num w:numId="4" w16cid:durableId="2094618481">
    <w:abstractNumId w:val="4"/>
  </w:num>
  <w:num w:numId="5" w16cid:durableId="1474106330">
    <w:abstractNumId w:val="7"/>
  </w:num>
  <w:num w:numId="6" w16cid:durableId="55662362">
    <w:abstractNumId w:val="3"/>
  </w:num>
  <w:num w:numId="7" w16cid:durableId="235673094">
    <w:abstractNumId w:val="2"/>
  </w:num>
  <w:num w:numId="8" w16cid:durableId="853304502">
    <w:abstractNumId w:val="1"/>
  </w:num>
  <w:num w:numId="9" w16cid:durableId="1465006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6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00D5"/>
    <w:rsid w:val="00034616"/>
    <w:rsid w:val="0006063C"/>
    <w:rsid w:val="00140767"/>
    <w:rsid w:val="0015074B"/>
    <w:rsid w:val="001545AF"/>
    <w:rsid w:val="001556D4"/>
    <w:rsid w:val="00186ED9"/>
    <w:rsid w:val="00221A94"/>
    <w:rsid w:val="0029639D"/>
    <w:rsid w:val="00326F90"/>
    <w:rsid w:val="00502323"/>
    <w:rsid w:val="00506BBD"/>
    <w:rsid w:val="0066736C"/>
    <w:rsid w:val="006E6A72"/>
    <w:rsid w:val="00803A75"/>
    <w:rsid w:val="00841A96"/>
    <w:rsid w:val="008D392C"/>
    <w:rsid w:val="0090399F"/>
    <w:rsid w:val="009364C3"/>
    <w:rsid w:val="00AA1D8D"/>
    <w:rsid w:val="00B47730"/>
    <w:rsid w:val="00CB0664"/>
    <w:rsid w:val="00D27A09"/>
    <w:rsid w:val="00D32E24"/>
    <w:rsid w:val="00D57A10"/>
    <w:rsid w:val="00D93C0F"/>
    <w:rsid w:val="00DD150B"/>
    <w:rsid w:val="00E16612"/>
    <w:rsid w:val="00E47FF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D1A471"/>
  <w14:defaultImageDpi w14:val="300"/>
  <w15:docId w15:val="{CCC857FB-903C-4597-BDD1-4AB7AF95E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93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  <ds:schemaRef ds:uri="http://www.w3.org/2000/xmlns/"/>
  </ds:schemaRefs>
</ds:datastoreItem>
</file>

<file path=docMetadata/LabelInfo.xml><?xml version="1.0" encoding="utf-8"?>
<clbl:labelList xmlns:clbl="http://schemas.microsoft.com/office/2020/mipLabelMetadata">
  <clbl:label id="{736915f3-2f02-4945-8997-f2963298db46}" enabled="1" method="Standard" siteId="{cd99fef8-1cd3-4a2a-9bdf-15531181d65e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Dom O'BRIEN</cp:lastModifiedBy>
  <cp:revision>2</cp:revision>
  <dcterms:created xsi:type="dcterms:W3CDTF">2025-11-17T11:11:00Z</dcterms:created>
  <dcterms:modified xsi:type="dcterms:W3CDTF">2025-11-17T11:11:00Z</dcterms:modified>
  <cp:category/>
</cp:coreProperties>
</file>