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832F" w14:textId="77777777" w:rsidR="00F17D0E" w:rsidRPr="00F53723" w:rsidRDefault="00760B28">
      <w:pPr>
        <w:pStyle w:val="Heading1"/>
        <w:rPr>
          <w:rFonts w:ascii="Arial" w:hAnsi="Arial" w:cs="Arial"/>
          <w:sz w:val="32"/>
          <w:szCs w:val="32"/>
        </w:rPr>
      </w:pPr>
      <w:r w:rsidRPr="00F53723">
        <w:rPr>
          <w:rFonts w:ascii="Arial" w:hAnsi="Arial" w:cs="Arial"/>
          <w:sz w:val="32"/>
          <w:szCs w:val="32"/>
        </w:rPr>
        <w:t>Alfie Simpson</w:t>
      </w:r>
    </w:p>
    <w:p w14:paraId="57958D25" w14:textId="77777777" w:rsidR="00F17D0E" w:rsidRPr="00F53723" w:rsidRDefault="00760B28">
      <w:pPr>
        <w:rPr>
          <w:rFonts w:ascii="Arial" w:hAnsi="Arial" w:cs="Arial"/>
        </w:rPr>
      </w:pPr>
      <w:r w:rsidRPr="00F53723">
        <w:rPr>
          <w:rFonts w:ascii="Arial" w:hAnsi="Arial" w:cs="Arial"/>
          <w:i/>
        </w:rPr>
        <w:t>Professional Golf Player</w:t>
      </w:r>
    </w:p>
    <w:p w14:paraId="1F54B403" w14:textId="77777777" w:rsidR="00F17D0E" w:rsidRPr="00F53723" w:rsidRDefault="00760B28">
      <w:pPr>
        <w:rPr>
          <w:rFonts w:ascii="Arial" w:hAnsi="Arial" w:cs="Arial"/>
        </w:rPr>
      </w:pPr>
      <w:r w:rsidRPr="00F53723">
        <w:rPr>
          <w:rFonts w:ascii="Arial" w:hAnsi="Arial" w:cs="Arial"/>
        </w:rPr>
        <w:t>6 Alexander Avenue, Angmering, West Sussex, UK, BN16 4PQ</w:t>
      </w:r>
    </w:p>
    <w:p w14:paraId="4975DA06" w14:textId="4C829875" w:rsidR="000F1206" w:rsidRDefault="00760B28">
      <w:pPr>
        <w:rPr>
          <w:rFonts w:ascii="Arial" w:hAnsi="Arial" w:cs="Arial"/>
        </w:rPr>
      </w:pPr>
      <w:r w:rsidRPr="00F53723">
        <w:rPr>
          <w:rFonts w:ascii="Arial" w:hAnsi="Arial" w:cs="Arial"/>
        </w:rPr>
        <w:t>M: +44 7769 113283 | Email:</w:t>
      </w:r>
      <w:r w:rsidR="000F1206">
        <w:rPr>
          <w:rFonts w:ascii="Arial" w:hAnsi="Arial" w:cs="Arial"/>
        </w:rPr>
        <w:t xml:space="preserve"> alfiesimpson.golf</w:t>
      </w:r>
      <w:r w:rsidRPr="00F53723">
        <w:rPr>
          <w:rFonts w:ascii="Arial" w:hAnsi="Arial" w:cs="Arial"/>
        </w:rPr>
        <w:t xml:space="preserve">@gmail.com </w:t>
      </w:r>
    </w:p>
    <w:p w14:paraId="6C5B6F1C" w14:textId="3244ABB2" w:rsidR="00F53723" w:rsidRPr="00F53723" w:rsidRDefault="00F53723" w:rsidP="00F53723">
      <w:pPr>
        <w:pStyle w:val="NormalWeb"/>
        <w:rPr>
          <w:rFonts w:ascii="Arial" w:hAnsi="Arial" w:cs="Arial"/>
          <w:sz w:val="22"/>
          <w:szCs w:val="22"/>
        </w:rPr>
      </w:pPr>
      <w:r w:rsidRPr="00F53723">
        <w:rPr>
          <w:rFonts w:ascii="Arial" w:hAnsi="Arial" w:cs="Arial"/>
          <w:noProof/>
          <w:sz w:val="22"/>
          <w:szCs w:val="22"/>
        </w:rPr>
        <w:drawing>
          <wp:inline distT="0" distB="0" distL="0" distR="0" wp14:anchorId="45725FCF" wp14:editId="24AB5921">
            <wp:extent cx="1651000" cy="3397250"/>
            <wp:effectExtent l="0" t="0" r="6350" b="0"/>
            <wp:docPr id="1" name="Picture 1" descr="A person swing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winging a golf club&#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1000" cy="3397250"/>
                    </a:xfrm>
                    <a:prstGeom prst="rect">
                      <a:avLst/>
                    </a:prstGeom>
                    <a:noFill/>
                    <a:ln>
                      <a:noFill/>
                    </a:ln>
                  </pic:spPr>
                </pic:pic>
              </a:graphicData>
            </a:graphic>
          </wp:inline>
        </w:drawing>
      </w:r>
    </w:p>
    <w:p w14:paraId="6F4C787C" w14:textId="77777777" w:rsidR="00F17D0E" w:rsidRPr="00F53723" w:rsidRDefault="00760B28">
      <w:pPr>
        <w:pStyle w:val="Heading2"/>
        <w:rPr>
          <w:rFonts w:ascii="Arial" w:hAnsi="Arial" w:cs="Arial"/>
          <w:sz w:val="22"/>
          <w:szCs w:val="22"/>
        </w:rPr>
      </w:pPr>
      <w:r w:rsidRPr="00F53723">
        <w:rPr>
          <w:rFonts w:ascii="Arial" w:hAnsi="Arial" w:cs="Arial"/>
          <w:sz w:val="22"/>
          <w:szCs w:val="22"/>
        </w:rPr>
        <w:t>Personal Profile</w:t>
      </w:r>
    </w:p>
    <w:p w14:paraId="15D367F1" w14:textId="67A16967" w:rsidR="00BC01FF" w:rsidRPr="00004497" w:rsidRDefault="00760B28" w:rsidP="00BC01FF">
      <w:pPr>
        <w:pStyle w:val="NormalWeb"/>
        <w:rPr>
          <w:sz w:val="22"/>
          <w:szCs w:val="22"/>
        </w:rPr>
      </w:pPr>
      <w:r w:rsidRPr="00004497">
        <w:rPr>
          <w:rFonts w:ascii="Arial" w:hAnsi="Arial" w:cs="Arial"/>
          <w:sz w:val="22"/>
          <w:szCs w:val="22"/>
        </w:rPr>
        <w:t>A passionate, hard-working young golf professional with a lifelong dedication to the game and a proven record of junior and professional success. From representing Wales and Sussex at national</w:t>
      </w:r>
      <w:r w:rsidR="009416BE" w:rsidRPr="00004497">
        <w:rPr>
          <w:rFonts w:ascii="Arial" w:hAnsi="Arial" w:cs="Arial"/>
          <w:sz w:val="22"/>
          <w:szCs w:val="22"/>
        </w:rPr>
        <w:t xml:space="preserve"> and County</w:t>
      </w:r>
      <w:r w:rsidRPr="00004497">
        <w:rPr>
          <w:rFonts w:ascii="Arial" w:hAnsi="Arial" w:cs="Arial"/>
          <w:sz w:val="22"/>
          <w:szCs w:val="22"/>
        </w:rPr>
        <w:t xml:space="preserve"> level to competing on professional tours in the UK and Europe, I bring a strong competitive mindset, discipline, and professionalism both on and off the course.</w:t>
      </w:r>
    </w:p>
    <w:p w14:paraId="5168DA9E" w14:textId="2E1CEA81" w:rsidR="00BC01FF" w:rsidRPr="00004497" w:rsidRDefault="00BC01FF" w:rsidP="00BC01FF">
      <w:pPr>
        <w:pStyle w:val="NormalWeb"/>
        <w:rPr>
          <w:rFonts w:ascii="Arial" w:hAnsi="Arial" w:cs="Arial"/>
          <w:sz w:val="22"/>
          <w:szCs w:val="22"/>
        </w:rPr>
      </w:pPr>
      <w:r w:rsidRPr="00004497">
        <w:rPr>
          <w:rFonts w:ascii="Arial" w:hAnsi="Arial" w:cs="Arial"/>
          <w:sz w:val="22"/>
          <w:szCs w:val="22"/>
        </w:rPr>
        <w:t>I developed a +2 handicap by age 17 and turned professional shortly after. I’m now looking to grow my experience and work toward</w:t>
      </w:r>
      <w:r w:rsidR="003857AA" w:rsidRPr="00004497">
        <w:rPr>
          <w:rFonts w:ascii="Arial" w:hAnsi="Arial" w:cs="Arial"/>
          <w:sz w:val="22"/>
          <w:szCs w:val="22"/>
        </w:rPr>
        <w:t>s</w:t>
      </w:r>
      <w:r w:rsidRPr="00004497">
        <w:rPr>
          <w:rFonts w:ascii="Arial" w:hAnsi="Arial" w:cs="Arial"/>
          <w:sz w:val="22"/>
          <w:szCs w:val="22"/>
        </w:rPr>
        <w:t xml:space="preserve"> my PGA qualification, while being a positive part of </w:t>
      </w:r>
      <w:r w:rsidR="003857AA" w:rsidRPr="00004497">
        <w:rPr>
          <w:rFonts w:ascii="Arial" w:hAnsi="Arial" w:cs="Arial"/>
          <w:sz w:val="22"/>
          <w:szCs w:val="22"/>
        </w:rPr>
        <w:t>your</w:t>
      </w:r>
      <w:r w:rsidRPr="00004497">
        <w:rPr>
          <w:rFonts w:ascii="Arial" w:hAnsi="Arial" w:cs="Arial"/>
          <w:sz w:val="22"/>
          <w:szCs w:val="22"/>
        </w:rPr>
        <w:t xml:space="preserve"> club.</w:t>
      </w:r>
    </w:p>
    <w:p w14:paraId="3E97CFF1" w14:textId="77777777" w:rsidR="00BC01FF" w:rsidRPr="00004497" w:rsidRDefault="00BC01FF" w:rsidP="00BC01FF">
      <w:pPr>
        <w:pStyle w:val="NormalWeb"/>
        <w:rPr>
          <w:rFonts w:ascii="Arial" w:hAnsi="Arial" w:cs="Arial"/>
          <w:sz w:val="22"/>
          <w:szCs w:val="22"/>
        </w:rPr>
      </w:pPr>
      <w:r w:rsidRPr="00004497">
        <w:rPr>
          <w:rFonts w:ascii="Arial" w:hAnsi="Arial" w:cs="Arial"/>
          <w:sz w:val="22"/>
          <w:szCs w:val="22"/>
        </w:rPr>
        <w:t>I’m approachable, reliable, and always willing to work hard. I enjoy helping members, supporting coaching teams, and representing the club when needed. My long-term goal is to coach golfers of all ages and abilities.</w:t>
      </w:r>
    </w:p>
    <w:p w14:paraId="63B72887" w14:textId="674256F7" w:rsidR="00F17D0E" w:rsidRPr="00F53723" w:rsidRDefault="00BC01FF" w:rsidP="003857AA">
      <w:pPr>
        <w:pStyle w:val="NormalWeb"/>
        <w:rPr>
          <w:rFonts w:ascii="Arial" w:hAnsi="Arial" w:cs="Arial"/>
        </w:rPr>
      </w:pPr>
      <w:r w:rsidRPr="00004497">
        <w:rPr>
          <w:rFonts w:ascii="Arial" w:hAnsi="Arial" w:cs="Arial"/>
          <w:sz w:val="22"/>
          <w:szCs w:val="22"/>
        </w:rPr>
        <w:lastRenderedPageBreak/>
        <w:t>I’m also keen to learn more about the club shop and the retail side of the business, and I’m fully prepared to help with whatever else is needed to keep the club running well.</w:t>
      </w:r>
      <w:r w:rsidR="00760B28" w:rsidRPr="00F53723">
        <w:rPr>
          <w:rFonts w:ascii="Arial" w:hAnsi="Arial" w:cs="Arial"/>
        </w:rPr>
        <w:br/>
      </w:r>
      <w:r>
        <w:rPr>
          <w:rFonts w:ascii="Arial" w:hAnsi="Arial" w:cs="Arial"/>
        </w:rPr>
        <w:t xml:space="preserve"> </w:t>
      </w:r>
    </w:p>
    <w:p w14:paraId="049AAA13" w14:textId="77777777" w:rsidR="00F17D0E" w:rsidRPr="00F53723" w:rsidRDefault="00760B28">
      <w:pPr>
        <w:pStyle w:val="Heading2"/>
        <w:rPr>
          <w:rFonts w:ascii="Arial" w:hAnsi="Arial" w:cs="Arial"/>
          <w:sz w:val="22"/>
          <w:szCs w:val="22"/>
        </w:rPr>
      </w:pPr>
      <w:r w:rsidRPr="00F53723">
        <w:rPr>
          <w:rFonts w:ascii="Arial" w:hAnsi="Arial" w:cs="Arial"/>
          <w:sz w:val="22"/>
          <w:szCs w:val="22"/>
        </w:rPr>
        <w:t>Key Golfing Achievements</w:t>
      </w:r>
    </w:p>
    <w:p w14:paraId="3C7B4503" w14:textId="77777777" w:rsidR="00F17D0E" w:rsidRPr="00F53723" w:rsidRDefault="00760B28">
      <w:pPr>
        <w:pStyle w:val="ListBullet"/>
        <w:rPr>
          <w:rFonts w:ascii="Arial" w:hAnsi="Arial" w:cs="Arial"/>
        </w:rPr>
      </w:pPr>
      <w:proofErr w:type="gramStart"/>
      <w:r w:rsidRPr="00F53723">
        <w:rPr>
          <w:rFonts w:ascii="Arial" w:hAnsi="Arial" w:cs="Arial"/>
        </w:rPr>
        <w:t>Started</w:t>
      </w:r>
      <w:proofErr w:type="gramEnd"/>
      <w:r w:rsidRPr="00F53723">
        <w:rPr>
          <w:rFonts w:ascii="Arial" w:hAnsi="Arial" w:cs="Arial"/>
        </w:rPr>
        <w:t xml:space="preserve"> playing golf at age 7 and quickly developed into a leading junior competitor.</w:t>
      </w:r>
    </w:p>
    <w:p w14:paraId="60136113" w14:textId="77777777" w:rsidR="00F17D0E" w:rsidRPr="00F53723" w:rsidRDefault="00760B28">
      <w:pPr>
        <w:pStyle w:val="ListBullet"/>
        <w:rPr>
          <w:rFonts w:ascii="Arial" w:hAnsi="Arial" w:cs="Arial"/>
        </w:rPr>
      </w:pPr>
      <w:r w:rsidRPr="00F53723">
        <w:rPr>
          <w:rFonts w:ascii="Arial" w:hAnsi="Arial" w:cs="Arial"/>
        </w:rPr>
        <w:t xml:space="preserve">Winner – </w:t>
      </w:r>
      <w:proofErr w:type="spellStart"/>
      <w:r w:rsidRPr="00F53723">
        <w:rPr>
          <w:rFonts w:ascii="Arial" w:hAnsi="Arial" w:cs="Arial"/>
        </w:rPr>
        <w:t>Nett</w:t>
      </w:r>
      <w:proofErr w:type="spellEnd"/>
      <w:r w:rsidRPr="00F53723">
        <w:rPr>
          <w:rFonts w:ascii="Arial" w:hAnsi="Arial" w:cs="Arial"/>
        </w:rPr>
        <w:t xml:space="preserve"> Prize, World Series of Golf (Portugal, Under 12s).</w:t>
      </w:r>
    </w:p>
    <w:p w14:paraId="627FFFB3" w14:textId="77777777" w:rsidR="00F17D0E" w:rsidRPr="00F53723" w:rsidRDefault="00760B28">
      <w:pPr>
        <w:pStyle w:val="ListBullet"/>
        <w:rPr>
          <w:rFonts w:ascii="Arial" w:hAnsi="Arial" w:cs="Arial"/>
        </w:rPr>
      </w:pPr>
      <w:r w:rsidRPr="00F53723">
        <w:rPr>
          <w:rFonts w:ascii="Arial" w:hAnsi="Arial" w:cs="Arial"/>
        </w:rPr>
        <w:t>Runner-up – U14’s in Canada and Wales U14 Tournament.</w:t>
      </w:r>
    </w:p>
    <w:p w14:paraId="63816226" w14:textId="77777777" w:rsidR="00F17D0E" w:rsidRPr="00F53723" w:rsidRDefault="00760B28">
      <w:pPr>
        <w:pStyle w:val="ListBullet"/>
        <w:rPr>
          <w:rFonts w:ascii="Arial" w:hAnsi="Arial" w:cs="Arial"/>
        </w:rPr>
      </w:pPr>
      <w:r w:rsidRPr="00F53723">
        <w:rPr>
          <w:rFonts w:ascii="Arial" w:hAnsi="Arial" w:cs="Arial"/>
        </w:rPr>
        <w:t>Represented Sussex at U12, U14, U16, and U18 level, winning the National Counties Championship at U16.</w:t>
      </w:r>
    </w:p>
    <w:p w14:paraId="759F29C3" w14:textId="77777777" w:rsidR="00F17D0E" w:rsidRPr="00F53723" w:rsidRDefault="00760B28">
      <w:pPr>
        <w:pStyle w:val="ListBullet"/>
        <w:rPr>
          <w:rFonts w:ascii="Arial" w:hAnsi="Arial" w:cs="Arial"/>
        </w:rPr>
      </w:pPr>
      <w:r w:rsidRPr="00F53723">
        <w:rPr>
          <w:rFonts w:ascii="Arial" w:hAnsi="Arial" w:cs="Arial"/>
        </w:rPr>
        <w:t>Represented Wales at U16 level and competed in multiple Independent School Championships.</w:t>
      </w:r>
    </w:p>
    <w:p w14:paraId="7612157F" w14:textId="77777777" w:rsidR="00F17D0E" w:rsidRPr="00F53723" w:rsidRDefault="00760B28">
      <w:pPr>
        <w:pStyle w:val="ListBullet"/>
        <w:rPr>
          <w:rFonts w:ascii="Arial" w:hAnsi="Arial" w:cs="Arial"/>
        </w:rPr>
      </w:pPr>
      <w:r w:rsidRPr="00F53723">
        <w:rPr>
          <w:rFonts w:ascii="Arial" w:hAnsi="Arial" w:cs="Arial"/>
        </w:rPr>
        <w:t>Winner – Goodwood Junior Championship and Runner-up – Sussex U18 Championship.</w:t>
      </w:r>
    </w:p>
    <w:p w14:paraId="2ECFAC7D" w14:textId="77777777" w:rsidR="00F17D0E" w:rsidRPr="00F53723" w:rsidRDefault="00760B28">
      <w:pPr>
        <w:pStyle w:val="ListBullet"/>
        <w:rPr>
          <w:rFonts w:ascii="Arial" w:hAnsi="Arial" w:cs="Arial"/>
        </w:rPr>
      </w:pPr>
      <w:r w:rsidRPr="00F53723">
        <w:rPr>
          <w:rFonts w:ascii="Arial" w:hAnsi="Arial" w:cs="Arial"/>
        </w:rPr>
        <w:t>Graduated from The Golf College (</w:t>
      </w:r>
      <w:proofErr w:type="spellStart"/>
      <w:r w:rsidRPr="00F53723">
        <w:rPr>
          <w:rFonts w:ascii="Arial" w:hAnsi="Arial" w:cs="Arial"/>
        </w:rPr>
        <w:t>BTec</w:t>
      </w:r>
      <w:proofErr w:type="spellEnd"/>
      <w:r w:rsidRPr="00F53723">
        <w:rPr>
          <w:rFonts w:ascii="Arial" w:hAnsi="Arial" w:cs="Arial"/>
        </w:rPr>
        <w:t xml:space="preserve"> in Sport), achieving a +2 handicap at age 17 before turning professional.</w:t>
      </w:r>
    </w:p>
    <w:p w14:paraId="7018FAEB" w14:textId="77777777" w:rsidR="00F17D0E" w:rsidRPr="00F53723" w:rsidRDefault="00760B28">
      <w:pPr>
        <w:pStyle w:val="ListBullet"/>
        <w:rPr>
          <w:rFonts w:ascii="Arial" w:hAnsi="Arial" w:cs="Arial"/>
        </w:rPr>
      </w:pPr>
      <w:r w:rsidRPr="00F53723">
        <w:rPr>
          <w:rFonts w:ascii="Arial" w:hAnsi="Arial" w:cs="Arial"/>
        </w:rPr>
        <w:t xml:space="preserve">Professional playing experience includes the </w:t>
      </w:r>
      <w:proofErr w:type="spellStart"/>
      <w:r w:rsidRPr="00F53723">
        <w:rPr>
          <w:rFonts w:ascii="Arial" w:hAnsi="Arial" w:cs="Arial"/>
        </w:rPr>
        <w:t>Jamega</w:t>
      </w:r>
      <w:proofErr w:type="spellEnd"/>
      <w:r w:rsidRPr="00F53723">
        <w:rPr>
          <w:rFonts w:ascii="Arial" w:hAnsi="Arial" w:cs="Arial"/>
        </w:rPr>
        <w:t xml:space="preserve"> Tour, Marbella Tour, and Clutch Tier 2 &amp; Tier 1 Tours.</w:t>
      </w:r>
    </w:p>
    <w:p w14:paraId="095EFC77" w14:textId="77777777" w:rsidR="00F17D0E" w:rsidRPr="00F53723" w:rsidRDefault="00760B28">
      <w:pPr>
        <w:pStyle w:val="ListBullet"/>
        <w:rPr>
          <w:rFonts w:ascii="Arial" w:hAnsi="Arial" w:cs="Arial"/>
        </w:rPr>
      </w:pPr>
      <w:r w:rsidRPr="00F53723">
        <w:rPr>
          <w:rFonts w:ascii="Arial" w:hAnsi="Arial" w:cs="Arial"/>
        </w:rPr>
        <w:t>Top finishes: 4th in a Clutch Tier 2 event, Top 20 in a Tier 1 event.</w:t>
      </w:r>
    </w:p>
    <w:p w14:paraId="1C0814B5" w14:textId="77777777" w:rsidR="00F17D0E" w:rsidRPr="00F53723" w:rsidRDefault="00760B28">
      <w:pPr>
        <w:pStyle w:val="ListBullet"/>
        <w:rPr>
          <w:rFonts w:ascii="Arial" w:hAnsi="Arial" w:cs="Arial"/>
        </w:rPr>
      </w:pPr>
      <w:r w:rsidRPr="00F53723">
        <w:rPr>
          <w:rFonts w:ascii="Arial" w:hAnsi="Arial" w:cs="Arial"/>
        </w:rPr>
        <w:t>Winner – Sussex PGA Tournament (Bognor) and 3rd in Sussex PGA at Goodwood (2024).</w:t>
      </w:r>
    </w:p>
    <w:p w14:paraId="7D0F356C" w14:textId="77777777" w:rsidR="00F17D0E" w:rsidRPr="00F53723" w:rsidRDefault="00760B28">
      <w:pPr>
        <w:pStyle w:val="ListBullet"/>
        <w:rPr>
          <w:rFonts w:ascii="Arial" w:hAnsi="Arial" w:cs="Arial"/>
        </w:rPr>
      </w:pPr>
      <w:r w:rsidRPr="00F53723">
        <w:rPr>
          <w:rFonts w:ascii="Arial" w:hAnsi="Arial" w:cs="Arial"/>
        </w:rPr>
        <w:t xml:space="preserve">Coaching &amp; mentoring experience: Supported a two-week </w:t>
      </w:r>
      <w:proofErr w:type="spellStart"/>
      <w:r w:rsidRPr="00F53723">
        <w:rPr>
          <w:rFonts w:ascii="Arial" w:hAnsi="Arial" w:cs="Arial"/>
        </w:rPr>
        <w:t>Espire</w:t>
      </w:r>
      <w:proofErr w:type="spellEnd"/>
      <w:r w:rsidRPr="00F53723">
        <w:rPr>
          <w:rFonts w:ascii="Arial" w:hAnsi="Arial" w:cs="Arial"/>
        </w:rPr>
        <w:t xml:space="preserve"> Golf junior training camp at Seaford College.</w:t>
      </w:r>
    </w:p>
    <w:p w14:paraId="4B816FFD" w14:textId="77777777" w:rsidR="00F17D0E" w:rsidRPr="00F53723" w:rsidRDefault="00760B28">
      <w:pPr>
        <w:pStyle w:val="Heading2"/>
        <w:rPr>
          <w:rFonts w:ascii="Arial" w:hAnsi="Arial" w:cs="Arial"/>
          <w:sz w:val="22"/>
          <w:szCs w:val="22"/>
        </w:rPr>
      </w:pPr>
      <w:r w:rsidRPr="00F53723">
        <w:rPr>
          <w:rFonts w:ascii="Arial" w:hAnsi="Arial" w:cs="Arial"/>
          <w:sz w:val="22"/>
          <w:szCs w:val="22"/>
        </w:rPr>
        <w:t>Education</w:t>
      </w:r>
    </w:p>
    <w:p w14:paraId="3FB20B36" w14:textId="77777777" w:rsidR="00F17D0E" w:rsidRPr="00F53723" w:rsidRDefault="00760B28">
      <w:pPr>
        <w:rPr>
          <w:rFonts w:ascii="Arial" w:hAnsi="Arial" w:cs="Arial"/>
        </w:rPr>
      </w:pPr>
      <w:r w:rsidRPr="00F53723">
        <w:rPr>
          <w:rFonts w:ascii="Arial" w:hAnsi="Arial" w:cs="Arial"/>
        </w:rPr>
        <w:t xml:space="preserve">The Golf College, UK – </w:t>
      </w:r>
      <w:proofErr w:type="spellStart"/>
      <w:r w:rsidRPr="00F53723">
        <w:rPr>
          <w:rFonts w:ascii="Arial" w:hAnsi="Arial" w:cs="Arial"/>
        </w:rPr>
        <w:t>BTec</w:t>
      </w:r>
      <w:proofErr w:type="spellEnd"/>
      <w:r w:rsidRPr="00F53723">
        <w:rPr>
          <w:rFonts w:ascii="Arial" w:hAnsi="Arial" w:cs="Arial"/>
        </w:rPr>
        <w:t xml:space="preserve"> Diploma in Sport</w:t>
      </w:r>
    </w:p>
    <w:p w14:paraId="2C64E957" w14:textId="77777777" w:rsidR="00F17D0E" w:rsidRPr="00F53723" w:rsidRDefault="00760B28">
      <w:pPr>
        <w:rPr>
          <w:rFonts w:ascii="Arial" w:hAnsi="Arial" w:cs="Arial"/>
        </w:rPr>
      </w:pPr>
      <w:r w:rsidRPr="00F53723">
        <w:rPr>
          <w:rFonts w:ascii="Arial" w:hAnsi="Arial" w:cs="Arial"/>
        </w:rPr>
        <w:t xml:space="preserve">• Achieved Level 4 in both </w:t>
      </w:r>
      <w:proofErr w:type="spellStart"/>
      <w:r w:rsidRPr="00F53723">
        <w:rPr>
          <w:rFonts w:ascii="Arial" w:hAnsi="Arial" w:cs="Arial"/>
        </w:rPr>
        <w:t>Maths</w:t>
      </w:r>
      <w:proofErr w:type="spellEnd"/>
      <w:r w:rsidRPr="00F53723">
        <w:rPr>
          <w:rFonts w:ascii="Arial" w:hAnsi="Arial" w:cs="Arial"/>
        </w:rPr>
        <w:t xml:space="preserve"> and English.</w:t>
      </w:r>
      <w:r w:rsidRPr="00F53723">
        <w:rPr>
          <w:rFonts w:ascii="Arial" w:hAnsi="Arial" w:cs="Arial"/>
        </w:rPr>
        <w:br/>
        <w:t>• Focused on golf performance, sports science, psychology, and player development.</w:t>
      </w:r>
    </w:p>
    <w:p w14:paraId="36587676" w14:textId="77777777" w:rsidR="00F17D0E" w:rsidRPr="00F53723" w:rsidRDefault="00760B28">
      <w:pPr>
        <w:pStyle w:val="Heading2"/>
        <w:rPr>
          <w:rFonts w:ascii="Arial" w:hAnsi="Arial" w:cs="Arial"/>
          <w:sz w:val="22"/>
          <w:szCs w:val="22"/>
        </w:rPr>
      </w:pPr>
      <w:r w:rsidRPr="00F53723">
        <w:rPr>
          <w:rFonts w:ascii="Arial" w:hAnsi="Arial" w:cs="Arial"/>
          <w:sz w:val="22"/>
          <w:szCs w:val="22"/>
        </w:rPr>
        <w:t>Professional Skills</w:t>
      </w:r>
    </w:p>
    <w:p w14:paraId="7AC56E1F" w14:textId="77777777" w:rsidR="00F17D0E" w:rsidRPr="00F53723" w:rsidRDefault="00760B28">
      <w:pPr>
        <w:pStyle w:val="ListBullet"/>
        <w:rPr>
          <w:rFonts w:ascii="Arial" w:hAnsi="Arial" w:cs="Arial"/>
        </w:rPr>
      </w:pPr>
      <w:r w:rsidRPr="00F53723">
        <w:rPr>
          <w:rFonts w:ascii="Arial" w:hAnsi="Arial" w:cs="Arial"/>
        </w:rPr>
        <w:t>Strong technical and playing knowledge across all aspects of the game</w:t>
      </w:r>
    </w:p>
    <w:p w14:paraId="562BAAD0" w14:textId="77777777" w:rsidR="00433D4E" w:rsidRDefault="00760B28">
      <w:pPr>
        <w:pStyle w:val="ListBullet"/>
        <w:rPr>
          <w:rFonts w:ascii="Arial" w:hAnsi="Arial" w:cs="Arial"/>
        </w:rPr>
      </w:pPr>
      <w:r w:rsidRPr="00433D4E">
        <w:rPr>
          <w:rFonts w:ascii="Arial" w:hAnsi="Arial" w:cs="Arial"/>
        </w:rPr>
        <w:t>Excellent communication and teamwork</w:t>
      </w:r>
      <w:r w:rsidR="00433D4E" w:rsidRPr="00433D4E">
        <w:rPr>
          <w:rFonts w:ascii="Arial" w:hAnsi="Arial" w:cs="Arial"/>
        </w:rPr>
        <w:t>.</w:t>
      </w:r>
    </w:p>
    <w:p w14:paraId="5DFA8915" w14:textId="06C2E9FB" w:rsidR="00F17D0E" w:rsidRPr="00F53723" w:rsidRDefault="00760B28">
      <w:pPr>
        <w:pStyle w:val="ListBullet"/>
        <w:rPr>
          <w:rFonts w:ascii="Arial" w:hAnsi="Arial" w:cs="Arial"/>
        </w:rPr>
      </w:pPr>
      <w:r w:rsidRPr="00F53723">
        <w:rPr>
          <w:rFonts w:ascii="Arial" w:hAnsi="Arial" w:cs="Arial"/>
        </w:rPr>
        <w:t>Reliable</w:t>
      </w:r>
      <w:r w:rsidR="0091598F">
        <w:rPr>
          <w:rFonts w:ascii="Arial" w:hAnsi="Arial" w:cs="Arial"/>
        </w:rPr>
        <w:t xml:space="preserve"> and</w:t>
      </w:r>
      <w:r w:rsidRPr="00F53723">
        <w:rPr>
          <w:rFonts w:ascii="Arial" w:hAnsi="Arial" w:cs="Arial"/>
        </w:rPr>
        <w:t xml:space="preserve"> adaptable</w:t>
      </w:r>
      <w:r w:rsidR="0091598F">
        <w:rPr>
          <w:rFonts w:ascii="Arial" w:hAnsi="Arial" w:cs="Arial"/>
        </w:rPr>
        <w:t>.</w:t>
      </w:r>
    </w:p>
    <w:p w14:paraId="6F69C5E4" w14:textId="2BE1CB2E" w:rsidR="00F17D0E" w:rsidRPr="00F53723" w:rsidRDefault="00760B28">
      <w:pPr>
        <w:pStyle w:val="ListBullet"/>
        <w:rPr>
          <w:rFonts w:ascii="Arial" w:hAnsi="Arial" w:cs="Arial"/>
        </w:rPr>
      </w:pPr>
      <w:r w:rsidRPr="00F53723">
        <w:rPr>
          <w:rFonts w:ascii="Arial" w:hAnsi="Arial" w:cs="Arial"/>
        </w:rPr>
        <w:t xml:space="preserve">Full UK </w:t>
      </w:r>
      <w:r w:rsidR="00004497">
        <w:rPr>
          <w:rFonts w:ascii="Arial" w:hAnsi="Arial" w:cs="Arial"/>
        </w:rPr>
        <w:t>D</w:t>
      </w:r>
      <w:r w:rsidRPr="00F53723">
        <w:rPr>
          <w:rFonts w:ascii="Arial" w:hAnsi="Arial" w:cs="Arial"/>
        </w:rPr>
        <w:t xml:space="preserve">riving </w:t>
      </w:r>
      <w:r w:rsidR="00004497" w:rsidRPr="00F53723">
        <w:rPr>
          <w:rFonts w:ascii="Arial" w:hAnsi="Arial" w:cs="Arial"/>
        </w:rPr>
        <w:t>License</w:t>
      </w:r>
      <w:r w:rsidRPr="00F53723">
        <w:rPr>
          <w:rFonts w:ascii="Arial" w:hAnsi="Arial" w:cs="Arial"/>
        </w:rPr>
        <w:t xml:space="preserve"> and flexible with travel and working hours</w:t>
      </w:r>
    </w:p>
    <w:p w14:paraId="47D99ECF" w14:textId="77777777" w:rsidR="00F17D0E" w:rsidRPr="00F53723" w:rsidRDefault="00760B28">
      <w:pPr>
        <w:pStyle w:val="Heading2"/>
        <w:rPr>
          <w:rFonts w:ascii="Arial" w:hAnsi="Arial" w:cs="Arial"/>
          <w:sz w:val="22"/>
          <w:szCs w:val="22"/>
        </w:rPr>
      </w:pPr>
      <w:r w:rsidRPr="00F53723">
        <w:rPr>
          <w:rFonts w:ascii="Arial" w:hAnsi="Arial" w:cs="Arial"/>
          <w:sz w:val="22"/>
          <w:szCs w:val="22"/>
        </w:rPr>
        <w:t>Career Objective</w:t>
      </w:r>
    </w:p>
    <w:p w14:paraId="02AE4318" w14:textId="16512B1E" w:rsidR="00F17D0E" w:rsidRPr="00F53723" w:rsidRDefault="00760B28">
      <w:pPr>
        <w:rPr>
          <w:rFonts w:ascii="Arial" w:hAnsi="Arial" w:cs="Arial"/>
        </w:rPr>
      </w:pPr>
      <w:r w:rsidRPr="00F53723">
        <w:rPr>
          <w:rFonts w:ascii="Arial" w:hAnsi="Arial" w:cs="Arial"/>
        </w:rPr>
        <w:t xml:space="preserve">To secure a </w:t>
      </w:r>
      <w:r w:rsidR="00AD7899">
        <w:rPr>
          <w:rFonts w:ascii="Arial" w:hAnsi="Arial" w:cs="Arial"/>
        </w:rPr>
        <w:t xml:space="preserve">part-time or </w:t>
      </w:r>
      <w:r w:rsidRPr="00F53723">
        <w:rPr>
          <w:rFonts w:ascii="Arial" w:hAnsi="Arial" w:cs="Arial"/>
        </w:rPr>
        <w:t xml:space="preserve">full-time position within a respected golf club </w:t>
      </w:r>
      <w:r w:rsidR="00AD7899">
        <w:rPr>
          <w:rFonts w:ascii="Arial" w:hAnsi="Arial" w:cs="Arial"/>
        </w:rPr>
        <w:t>in Surrey</w:t>
      </w:r>
      <w:r w:rsidRPr="00F53723">
        <w:rPr>
          <w:rFonts w:ascii="Arial" w:hAnsi="Arial" w:cs="Arial"/>
        </w:rPr>
        <w:t>, where I can contribute positively to the professional team, develop my coaching and playing skills, and prepare for my PGA qualification.</w:t>
      </w:r>
    </w:p>
    <w:p w14:paraId="7250A5AA" w14:textId="77777777" w:rsidR="00F17D0E" w:rsidRPr="00F53723" w:rsidRDefault="00760B28">
      <w:pPr>
        <w:pStyle w:val="Heading2"/>
        <w:rPr>
          <w:rFonts w:ascii="Arial" w:hAnsi="Arial" w:cs="Arial"/>
          <w:sz w:val="22"/>
          <w:szCs w:val="22"/>
        </w:rPr>
      </w:pPr>
      <w:r w:rsidRPr="00F53723">
        <w:rPr>
          <w:rFonts w:ascii="Arial" w:hAnsi="Arial" w:cs="Arial"/>
          <w:sz w:val="22"/>
          <w:szCs w:val="22"/>
        </w:rPr>
        <w:t>References</w:t>
      </w:r>
    </w:p>
    <w:p w14:paraId="1AF06293" w14:textId="77777777" w:rsidR="00F17D0E" w:rsidRPr="00F53723" w:rsidRDefault="00760B28">
      <w:pPr>
        <w:rPr>
          <w:rFonts w:ascii="Arial" w:hAnsi="Arial" w:cs="Arial"/>
        </w:rPr>
      </w:pPr>
      <w:r w:rsidRPr="00F53723">
        <w:rPr>
          <w:rFonts w:ascii="Arial" w:hAnsi="Arial" w:cs="Arial"/>
        </w:rPr>
        <w:t>Available upon request.</w:t>
      </w:r>
    </w:p>
    <w:p w14:paraId="13025688" w14:textId="77777777" w:rsidR="00F17D0E" w:rsidRPr="00F53723" w:rsidRDefault="00760B28">
      <w:pPr>
        <w:rPr>
          <w:rFonts w:ascii="Arial" w:hAnsi="Arial" w:cs="Arial"/>
        </w:rPr>
      </w:pPr>
      <w:r w:rsidRPr="00F53723">
        <w:rPr>
          <w:rFonts w:ascii="Arial" w:hAnsi="Arial" w:cs="Arial"/>
        </w:rPr>
        <w:br w:type="page"/>
      </w:r>
    </w:p>
    <w:p w14:paraId="2E3F6821" w14:textId="07A56817" w:rsidR="00F17D0E" w:rsidRPr="00F53723" w:rsidRDefault="00760B28">
      <w:pPr>
        <w:rPr>
          <w:rFonts w:ascii="Arial" w:hAnsi="Arial" w:cs="Arial"/>
        </w:rPr>
      </w:pPr>
      <w:r w:rsidRPr="00F53723">
        <w:rPr>
          <w:rFonts w:ascii="Arial" w:hAnsi="Arial" w:cs="Arial"/>
        </w:rPr>
        <w:t xml:space="preserve">Dear </w:t>
      </w:r>
      <w:r w:rsidR="00CE6A1D">
        <w:rPr>
          <w:rFonts w:ascii="Arial" w:hAnsi="Arial" w:cs="Arial"/>
        </w:rPr>
        <w:t>Sir</w:t>
      </w:r>
      <w:r w:rsidRPr="00F53723">
        <w:rPr>
          <w:rFonts w:ascii="Arial" w:hAnsi="Arial" w:cs="Arial"/>
        </w:rPr>
        <w:t>,</w:t>
      </w:r>
    </w:p>
    <w:p w14:paraId="518A9074" w14:textId="05FBFD92" w:rsidR="00F17D0E" w:rsidRDefault="00760B28">
      <w:pPr>
        <w:rPr>
          <w:rFonts w:ascii="Arial" w:hAnsi="Arial" w:cs="Arial"/>
        </w:rPr>
      </w:pPr>
      <w:r w:rsidRPr="00F53723">
        <w:rPr>
          <w:rFonts w:ascii="Arial" w:hAnsi="Arial" w:cs="Arial"/>
        </w:rPr>
        <w:t xml:space="preserve">I am writing to express my interest in </w:t>
      </w:r>
      <w:r w:rsidR="00E67D2D">
        <w:rPr>
          <w:rFonts w:ascii="Arial" w:hAnsi="Arial" w:cs="Arial"/>
        </w:rPr>
        <w:t xml:space="preserve">becoming your </w:t>
      </w:r>
      <w:r w:rsidR="005F56BA">
        <w:rPr>
          <w:rFonts w:ascii="Arial" w:hAnsi="Arial" w:cs="Arial"/>
        </w:rPr>
        <w:t>club's</w:t>
      </w:r>
      <w:r w:rsidR="00E67D2D">
        <w:rPr>
          <w:rFonts w:ascii="Arial" w:hAnsi="Arial" w:cs="Arial"/>
        </w:rPr>
        <w:t xml:space="preserve"> Junior PGA </w:t>
      </w:r>
      <w:r w:rsidR="005F56BA">
        <w:rPr>
          <w:rFonts w:ascii="Arial" w:hAnsi="Arial" w:cs="Arial"/>
        </w:rPr>
        <w:t>Assistant</w:t>
      </w:r>
      <w:r w:rsidRPr="00F53723">
        <w:rPr>
          <w:rFonts w:ascii="Arial" w:hAnsi="Arial" w:cs="Arial"/>
        </w:rPr>
        <w:t>. My goal is to begin the PGA qualification pathway</w:t>
      </w:r>
      <w:r w:rsidR="00004497">
        <w:rPr>
          <w:rFonts w:ascii="Arial" w:hAnsi="Arial" w:cs="Arial"/>
        </w:rPr>
        <w:t>,</w:t>
      </w:r>
      <w:r w:rsidRPr="00F53723">
        <w:rPr>
          <w:rFonts w:ascii="Arial" w:hAnsi="Arial" w:cs="Arial"/>
        </w:rPr>
        <w:t xml:space="preserve"> and I am eager to build further experience in a high-quality golf </w:t>
      </w:r>
      <w:r w:rsidR="00E67D2D">
        <w:rPr>
          <w:rFonts w:ascii="Arial" w:hAnsi="Arial" w:cs="Arial"/>
        </w:rPr>
        <w:t>club</w:t>
      </w:r>
      <w:r w:rsidRPr="00F53723">
        <w:rPr>
          <w:rFonts w:ascii="Arial" w:hAnsi="Arial" w:cs="Arial"/>
        </w:rPr>
        <w:t xml:space="preserve"> such as yours.</w:t>
      </w:r>
      <w:r w:rsidRPr="00F53723">
        <w:rPr>
          <w:rFonts w:ascii="Arial" w:hAnsi="Arial" w:cs="Arial"/>
        </w:rPr>
        <w:br/>
      </w:r>
      <w:r w:rsidRPr="00F53723">
        <w:rPr>
          <w:rFonts w:ascii="Arial" w:hAnsi="Arial" w:cs="Arial"/>
        </w:rPr>
        <w:br/>
        <w:t>Golf has been central to my life from an early age. I represented Sussex</w:t>
      </w:r>
      <w:r w:rsidR="00BF45C8">
        <w:rPr>
          <w:rFonts w:ascii="Arial" w:hAnsi="Arial" w:cs="Arial"/>
        </w:rPr>
        <w:t xml:space="preserve"> County</w:t>
      </w:r>
      <w:r w:rsidRPr="00F53723">
        <w:rPr>
          <w:rFonts w:ascii="Arial" w:hAnsi="Arial" w:cs="Arial"/>
        </w:rPr>
        <w:t xml:space="preserve">, UK at U14, U16, and U18 level, as well as Wales at U16. Since turning professional, I have competed on the </w:t>
      </w:r>
      <w:proofErr w:type="spellStart"/>
      <w:r w:rsidRPr="00F53723">
        <w:rPr>
          <w:rFonts w:ascii="Arial" w:hAnsi="Arial" w:cs="Arial"/>
        </w:rPr>
        <w:t>Jamega</w:t>
      </w:r>
      <w:proofErr w:type="spellEnd"/>
      <w:r w:rsidRPr="00F53723">
        <w:rPr>
          <w:rFonts w:ascii="Arial" w:hAnsi="Arial" w:cs="Arial"/>
        </w:rPr>
        <w:t xml:space="preserve"> Tour, Marbella Tour, and, most recently, qualified for the Clutch Tier 1 Tour in November 2024. Highlights include finishing 3rd in the Sussex PGA event at Goodwood and winning a PGA event at Bognor. These experiences have deepened my understanding of the game, professionalism, and the standards required to perform at a high level.</w:t>
      </w:r>
      <w:r w:rsidRPr="00F53723">
        <w:rPr>
          <w:rFonts w:ascii="Arial" w:hAnsi="Arial" w:cs="Arial"/>
        </w:rPr>
        <w:br/>
      </w:r>
      <w:r w:rsidRPr="00F53723">
        <w:rPr>
          <w:rFonts w:ascii="Arial" w:hAnsi="Arial" w:cs="Arial"/>
        </w:rPr>
        <w:br/>
        <w:t xml:space="preserve">Alongside competing, I am passionate about helping others develop their skills and enjoyment of golf. I believe that working within a respected club environment would allow me to contribute positively to </w:t>
      </w:r>
      <w:r w:rsidR="005F56BA">
        <w:rPr>
          <w:rFonts w:ascii="Arial" w:hAnsi="Arial" w:cs="Arial"/>
        </w:rPr>
        <w:t>your members</w:t>
      </w:r>
      <w:r w:rsidRPr="00F53723">
        <w:rPr>
          <w:rFonts w:ascii="Arial" w:hAnsi="Arial" w:cs="Arial"/>
        </w:rPr>
        <w:t>, support the coaching team, and further my development as a future PGA professional.</w:t>
      </w:r>
      <w:r w:rsidR="005F56BA">
        <w:rPr>
          <w:rFonts w:ascii="Arial" w:hAnsi="Arial" w:cs="Arial"/>
        </w:rPr>
        <w:t xml:space="preserve"> </w:t>
      </w:r>
      <w:r w:rsidRPr="00F53723">
        <w:rPr>
          <w:rFonts w:ascii="Arial" w:hAnsi="Arial" w:cs="Arial"/>
        </w:rPr>
        <w:br/>
      </w:r>
      <w:r w:rsidRPr="00F53723">
        <w:rPr>
          <w:rFonts w:ascii="Arial" w:hAnsi="Arial" w:cs="Arial"/>
        </w:rPr>
        <w:br/>
        <w:t xml:space="preserve">I hold a full UK driving </w:t>
      </w:r>
      <w:r w:rsidR="005F56BA" w:rsidRPr="00F53723">
        <w:rPr>
          <w:rFonts w:ascii="Arial" w:hAnsi="Arial" w:cs="Arial"/>
        </w:rPr>
        <w:t>license</w:t>
      </w:r>
      <w:r w:rsidRPr="00F53723">
        <w:rPr>
          <w:rFonts w:ascii="Arial" w:hAnsi="Arial" w:cs="Arial"/>
        </w:rPr>
        <w:t xml:space="preserve">, am flexible with travel and working hours, and have completed my BTEC Diploma in Sport at The Golf College, achieving Level 4 in both </w:t>
      </w:r>
      <w:r w:rsidR="005F56BA" w:rsidRPr="00F53723">
        <w:rPr>
          <w:rFonts w:ascii="Arial" w:hAnsi="Arial" w:cs="Arial"/>
        </w:rPr>
        <w:t>Math’s</w:t>
      </w:r>
      <w:r w:rsidRPr="00F53723">
        <w:rPr>
          <w:rFonts w:ascii="Arial" w:hAnsi="Arial" w:cs="Arial"/>
        </w:rPr>
        <w:t xml:space="preserve"> and English. I am reliable, motivated, and fully committed to representing your club to the highest standard.</w:t>
      </w:r>
      <w:r w:rsidRPr="00F53723">
        <w:rPr>
          <w:rFonts w:ascii="Arial" w:hAnsi="Arial" w:cs="Arial"/>
        </w:rPr>
        <w:br/>
      </w:r>
      <w:r w:rsidRPr="00F53723">
        <w:rPr>
          <w:rFonts w:ascii="Arial" w:hAnsi="Arial" w:cs="Arial"/>
        </w:rPr>
        <w:br/>
        <w:t>I would greatly appreciate the opportunity to discuss how I could support your team.</w:t>
      </w:r>
    </w:p>
    <w:p w14:paraId="77CD8052" w14:textId="2D0B8166" w:rsidR="005F56BA" w:rsidRPr="00F53723" w:rsidRDefault="005F56BA">
      <w:pPr>
        <w:rPr>
          <w:rFonts w:ascii="Arial" w:hAnsi="Arial" w:cs="Arial"/>
        </w:rPr>
      </w:pPr>
      <w:r>
        <w:rPr>
          <w:rFonts w:ascii="Arial" w:hAnsi="Arial" w:cs="Arial"/>
        </w:rPr>
        <w:t>I look forward to hearing from you.</w:t>
      </w:r>
    </w:p>
    <w:p w14:paraId="4BD4A382" w14:textId="77777777" w:rsidR="00F17D0E" w:rsidRPr="00F53723" w:rsidRDefault="00760B28">
      <w:pPr>
        <w:rPr>
          <w:rFonts w:ascii="Arial" w:hAnsi="Arial" w:cs="Arial"/>
        </w:rPr>
      </w:pPr>
      <w:r w:rsidRPr="00F53723">
        <w:rPr>
          <w:rFonts w:ascii="Arial" w:hAnsi="Arial" w:cs="Arial"/>
        </w:rPr>
        <w:t>Kind regards,</w:t>
      </w:r>
    </w:p>
    <w:p w14:paraId="3791853F" w14:textId="77777777" w:rsidR="00F17D0E" w:rsidRPr="00F53723" w:rsidRDefault="00760B28">
      <w:pPr>
        <w:rPr>
          <w:rFonts w:ascii="Arial" w:hAnsi="Arial" w:cs="Arial"/>
        </w:rPr>
      </w:pPr>
      <w:r w:rsidRPr="00F53723">
        <w:rPr>
          <w:rFonts w:ascii="Arial" w:hAnsi="Arial" w:cs="Arial"/>
        </w:rPr>
        <w:t>Alfie Simpson</w:t>
      </w:r>
    </w:p>
    <w:p w14:paraId="64B1A59D" w14:textId="096E5C8E" w:rsidR="00F17D0E" w:rsidRPr="00F53723" w:rsidRDefault="00760B28">
      <w:pPr>
        <w:rPr>
          <w:rFonts w:ascii="Arial" w:hAnsi="Arial" w:cs="Arial"/>
        </w:rPr>
      </w:pPr>
      <w:r w:rsidRPr="00F53723">
        <w:rPr>
          <w:rFonts w:ascii="Arial" w:hAnsi="Arial" w:cs="Arial"/>
        </w:rPr>
        <w:t xml:space="preserve">Mobile: +44 7769 113283 | Email: </w:t>
      </w:r>
      <w:r w:rsidR="0013593B">
        <w:rPr>
          <w:rFonts w:ascii="Arial" w:hAnsi="Arial" w:cs="Arial"/>
        </w:rPr>
        <w:t>alfiesimpson.golf@g</w:t>
      </w:r>
      <w:r w:rsidRPr="00F53723">
        <w:rPr>
          <w:rFonts w:ascii="Arial" w:hAnsi="Arial" w:cs="Arial"/>
        </w:rPr>
        <w:t>mail.com</w:t>
      </w:r>
    </w:p>
    <w:sectPr w:rsidR="00F17D0E" w:rsidRPr="00F5372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89977977">
    <w:abstractNumId w:val="8"/>
  </w:num>
  <w:num w:numId="2" w16cid:durableId="1181159095">
    <w:abstractNumId w:val="6"/>
  </w:num>
  <w:num w:numId="3" w16cid:durableId="2136176018">
    <w:abstractNumId w:val="5"/>
  </w:num>
  <w:num w:numId="4" w16cid:durableId="1129472639">
    <w:abstractNumId w:val="4"/>
  </w:num>
  <w:num w:numId="5" w16cid:durableId="923222992">
    <w:abstractNumId w:val="7"/>
  </w:num>
  <w:num w:numId="6" w16cid:durableId="1929076741">
    <w:abstractNumId w:val="3"/>
  </w:num>
  <w:num w:numId="7" w16cid:durableId="1318729873">
    <w:abstractNumId w:val="2"/>
  </w:num>
  <w:num w:numId="8" w16cid:durableId="1968581135">
    <w:abstractNumId w:val="1"/>
  </w:num>
  <w:num w:numId="9" w16cid:durableId="688877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497"/>
    <w:rsid w:val="00034616"/>
    <w:rsid w:val="0006063C"/>
    <w:rsid w:val="000D0BCD"/>
    <w:rsid w:val="000D482B"/>
    <w:rsid w:val="000F1206"/>
    <w:rsid w:val="0013593B"/>
    <w:rsid w:val="0015074B"/>
    <w:rsid w:val="00291319"/>
    <w:rsid w:val="0029639D"/>
    <w:rsid w:val="00326F90"/>
    <w:rsid w:val="003857AA"/>
    <w:rsid w:val="00433D4E"/>
    <w:rsid w:val="004750B0"/>
    <w:rsid w:val="00487116"/>
    <w:rsid w:val="004B1DDB"/>
    <w:rsid w:val="004E7F50"/>
    <w:rsid w:val="005F56BA"/>
    <w:rsid w:val="0064411C"/>
    <w:rsid w:val="00760B28"/>
    <w:rsid w:val="007A6BE8"/>
    <w:rsid w:val="0091598F"/>
    <w:rsid w:val="009416BE"/>
    <w:rsid w:val="00AA1D8D"/>
    <w:rsid w:val="00AD7899"/>
    <w:rsid w:val="00B47730"/>
    <w:rsid w:val="00BC01FF"/>
    <w:rsid w:val="00BF45C8"/>
    <w:rsid w:val="00C04E20"/>
    <w:rsid w:val="00CB0664"/>
    <w:rsid w:val="00CE6A1D"/>
    <w:rsid w:val="00D4728A"/>
    <w:rsid w:val="00D53D9B"/>
    <w:rsid w:val="00DB6213"/>
    <w:rsid w:val="00E67D2D"/>
    <w:rsid w:val="00EE298B"/>
    <w:rsid w:val="00F17D0E"/>
    <w:rsid w:val="00F53723"/>
    <w:rsid w:val="00F5616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2B5441"/>
  <w14:defaultImageDpi w14:val="300"/>
  <w15:docId w15:val="{E6933C24-19AF-4C47-9BFF-85515DE7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F5372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691</Words>
  <Characters>3649</Characters>
  <Application>Microsoft Office Word</Application>
  <DocSecurity>0</DocSecurity>
  <Lines>83</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Sharon Simpson</cp:lastModifiedBy>
  <cp:revision>11</cp:revision>
  <cp:lastPrinted>2025-10-24T12:39:00Z</cp:lastPrinted>
  <dcterms:created xsi:type="dcterms:W3CDTF">2025-11-16T14:05:00Z</dcterms:created>
  <dcterms:modified xsi:type="dcterms:W3CDTF">2025-11-16T14:24:00Z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6335046d-bdde-40c6-acb4-d6d9ae4b1070</vt:lpwstr>
  </property>
</Properties>
</file>