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80B5" w14:textId="77777777" w:rsidR="00E84B56" w:rsidRDefault="00000000">
      <w:pPr>
        <w:jc w:val="center"/>
      </w:pPr>
      <w:r>
        <w:rPr>
          <w:b/>
          <w:sz w:val="44"/>
        </w:rPr>
        <w:t>AIDAN McAULEY</w:t>
      </w:r>
      <w:r>
        <w:rPr>
          <w:b/>
          <w:sz w:val="44"/>
        </w:rPr>
        <w:br/>
      </w:r>
      <w:r>
        <w:t>PGA Teaching Professional</w:t>
      </w:r>
      <w:r>
        <w:br/>
        <w:t>07808 899481 | aidanmcauley@icloud.com</w:t>
      </w:r>
    </w:p>
    <w:p w14:paraId="3CAB6AFC" w14:textId="77777777" w:rsidR="00E84B56" w:rsidRDefault="00000000">
      <w:pPr>
        <w:pStyle w:val="Heading2"/>
      </w:pPr>
      <w:r>
        <w:t>Professional Profile</w:t>
      </w:r>
    </w:p>
    <w:p w14:paraId="1734071D" w14:textId="77777777" w:rsidR="00E84B56" w:rsidRDefault="00000000">
      <w:r>
        <w:t>I am a PGA Teaching Professional in the final stages of completing my PGA Degree with a genuine passion for coaching and player development. I currently deliver approximately 15–20 hours of one-to-one coaching each week while leading a Junior Academy with over 30 regular participants. Helping golfers improve, build confidence and enjoy the game is at the heart of my coaching philosophy.</w:t>
      </w:r>
    </w:p>
    <w:p w14:paraId="4201948A" w14:textId="77777777" w:rsidR="00E84B56" w:rsidRDefault="00000000">
      <w:pPr>
        <w:pStyle w:val="Heading2"/>
      </w:pPr>
      <w:r>
        <w:t>Professional Experience</w:t>
      </w:r>
    </w:p>
    <w:p w14:paraId="51AC4407" w14:textId="77777777" w:rsidR="00E84B56" w:rsidRDefault="00000000">
      <w:pPr>
        <w:pStyle w:val="Heading3"/>
      </w:pPr>
      <w:r>
        <w:t>Drumpellier Golf Club – PGA Teaching Professional (2023–Present)</w:t>
      </w:r>
    </w:p>
    <w:p w14:paraId="58BAAED6" w14:textId="77777777" w:rsidR="00E84B56" w:rsidRDefault="00000000">
      <w:pPr>
        <w:pStyle w:val="ListBullet"/>
      </w:pPr>
      <w:r>
        <w:t>Deliver 15–20 hours of individual coaching every week.</w:t>
      </w:r>
    </w:p>
    <w:p w14:paraId="0CD22FF9" w14:textId="77777777" w:rsidR="00E84B56" w:rsidRDefault="00000000">
      <w:pPr>
        <w:pStyle w:val="ListBullet"/>
      </w:pPr>
      <w:r>
        <w:t>Lead a Junior Academy with 30+ regular junior golfers.</w:t>
      </w:r>
    </w:p>
    <w:p w14:paraId="768709F8" w14:textId="77777777" w:rsidR="00E84B56" w:rsidRDefault="00000000">
      <w:pPr>
        <w:pStyle w:val="ListBullet"/>
      </w:pPr>
      <w:r>
        <w:t>Help juniors obtain handicaps and progress into competitive golf.</w:t>
      </w:r>
    </w:p>
    <w:p w14:paraId="359656DF" w14:textId="77777777" w:rsidR="00E84B56" w:rsidRDefault="00000000">
      <w:pPr>
        <w:pStyle w:val="ListBullet"/>
      </w:pPr>
      <w:r>
        <w:t>Contribute to successful junior programmes including GolfSixes finishing 4th in Scotland.</w:t>
      </w:r>
    </w:p>
    <w:p w14:paraId="638F7284" w14:textId="77777777" w:rsidR="00E84B56" w:rsidRDefault="00000000">
      <w:pPr>
        <w:pStyle w:val="ListBullet"/>
      </w:pPr>
      <w:r>
        <w:t>Use TrackMan technology to support coaching sessions.</w:t>
      </w:r>
    </w:p>
    <w:p w14:paraId="11291310" w14:textId="77777777" w:rsidR="00E84B56" w:rsidRDefault="00000000">
      <w:pPr>
        <w:pStyle w:val="ListBullet"/>
      </w:pPr>
      <w:r>
        <w:t>Provide custom fitting, club repairs and workshop services.</w:t>
      </w:r>
    </w:p>
    <w:p w14:paraId="6FCD0FDF" w14:textId="77777777" w:rsidR="00E84B56" w:rsidRDefault="00000000">
      <w:pPr>
        <w:pStyle w:val="ListBullet"/>
      </w:pPr>
      <w:r>
        <w:t>Work 35–40 hours weekly within a busy professional shop.</w:t>
      </w:r>
    </w:p>
    <w:p w14:paraId="28E6CDA8" w14:textId="77777777" w:rsidR="00E84B56" w:rsidRDefault="00000000">
      <w:pPr>
        <w:pStyle w:val="Heading3"/>
      </w:pPr>
      <w:r>
        <w:t>Craig Donnelly Golf – PGA Trainee Professional (2022–2023)</w:t>
      </w:r>
    </w:p>
    <w:p w14:paraId="396C723C" w14:textId="77777777" w:rsidR="00E84B56" w:rsidRDefault="00000000">
      <w:r>
        <w:t>Gained experience in coaching, custom fitting, retail operations and customer service while beginning PGA training.</w:t>
      </w:r>
    </w:p>
    <w:p w14:paraId="10673739" w14:textId="77777777" w:rsidR="00E84B56" w:rsidRDefault="00000000">
      <w:pPr>
        <w:pStyle w:val="Heading2"/>
      </w:pPr>
      <w:r>
        <w:t>Previous Experience</w:t>
      </w:r>
    </w:p>
    <w:p w14:paraId="62BE4DDC" w14:textId="77777777" w:rsidR="00E84B56" w:rsidRDefault="00000000">
      <w:r>
        <w:t>Previous construction and civil engineering experience has developed a strong work ethic, resilience, teamwork and problem-solving skills that continue to benefit my professional career.</w:t>
      </w:r>
    </w:p>
    <w:p w14:paraId="39BDEE0E" w14:textId="77777777" w:rsidR="00E84B56" w:rsidRDefault="00000000">
      <w:pPr>
        <w:pStyle w:val="Heading2"/>
      </w:pPr>
      <w:r>
        <w:t>Qualifications &amp; Professional Development</w:t>
      </w:r>
    </w:p>
    <w:p w14:paraId="46624F99" w14:textId="77777777" w:rsidR="00E84B56" w:rsidRDefault="00000000">
      <w:pPr>
        <w:pStyle w:val="ListBullet"/>
      </w:pPr>
      <w:r>
        <w:t>PGA Degree – Final Stage</w:t>
      </w:r>
    </w:p>
    <w:p w14:paraId="4494897B" w14:textId="77777777" w:rsidR="00E84B56" w:rsidRDefault="00000000">
      <w:pPr>
        <w:pStyle w:val="ListBullet"/>
      </w:pPr>
      <w:r>
        <w:t>TrackMan Level 1 Certified</w:t>
      </w:r>
    </w:p>
    <w:p w14:paraId="116B18EA" w14:textId="77777777" w:rsidR="00E84B56" w:rsidRDefault="00000000">
      <w:pPr>
        <w:pStyle w:val="ListBullet"/>
      </w:pPr>
      <w:r>
        <w:t>TrackMan Level 2 Certified</w:t>
      </w:r>
    </w:p>
    <w:p w14:paraId="54A78BB1" w14:textId="77777777" w:rsidR="00E84B56" w:rsidRDefault="00000000">
      <w:pPr>
        <w:pStyle w:val="ListBullet"/>
      </w:pPr>
      <w:r>
        <w:t>ASQ Golf Coaching Qualification</w:t>
      </w:r>
    </w:p>
    <w:p w14:paraId="3AA6F877" w14:textId="77777777" w:rsidR="00E84B56" w:rsidRDefault="00000000">
      <w:pPr>
        <w:pStyle w:val="ListBullet"/>
      </w:pPr>
      <w:r>
        <w:t>Planned: TPI Level 1 Certification</w:t>
      </w:r>
    </w:p>
    <w:p w14:paraId="3296CE0A" w14:textId="77777777" w:rsidR="00E84B56" w:rsidRDefault="00000000">
      <w:pPr>
        <w:pStyle w:val="Heading2"/>
      </w:pPr>
      <w:r>
        <w:t>Coaching Philosophy</w:t>
      </w:r>
    </w:p>
    <w:p w14:paraId="5E6B232F" w14:textId="77777777" w:rsidR="00E84B56" w:rsidRDefault="00000000">
      <w:r>
        <w:t>Every golfer learns differently. My aim is to create an enjoyable and supportive environment where players understand not only what they are improving, but why. I am committed to continual learning and helping golfers of all ages achieve their individual goals.</w:t>
      </w:r>
    </w:p>
    <w:p w14:paraId="4F319BD6" w14:textId="77777777" w:rsidR="00E84B56" w:rsidRDefault="00000000">
      <w:pPr>
        <w:pStyle w:val="Heading2"/>
      </w:pPr>
      <w:r>
        <w:t>Career Objective</w:t>
      </w:r>
    </w:p>
    <w:p w14:paraId="3D3451CF" w14:textId="77777777" w:rsidR="00E84B56" w:rsidRDefault="00000000">
      <w:r>
        <w:t>To continue building a long-term career as a PGA Teaching Professional where I can inspire players of all ages, contribute to the growth of the game and continue developing as a coach through education and practical experience.</w:t>
      </w:r>
    </w:p>
    <w:sectPr w:rsidR="00E84B56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6616081">
    <w:abstractNumId w:val="8"/>
  </w:num>
  <w:num w:numId="2" w16cid:durableId="1173649193">
    <w:abstractNumId w:val="6"/>
  </w:num>
  <w:num w:numId="3" w16cid:durableId="1897888525">
    <w:abstractNumId w:val="5"/>
  </w:num>
  <w:num w:numId="4" w16cid:durableId="1504662745">
    <w:abstractNumId w:val="4"/>
  </w:num>
  <w:num w:numId="5" w16cid:durableId="217592077">
    <w:abstractNumId w:val="7"/>
  </w:num>
  <w:num w:numId="6" w16cid:durableId="1969621708">
    <w:abstractNumId w:val="3"/>
  </w:num>
  <w:num w:numId="7" w16cid:durableId="77097883">
    <w:abstractNumId w:val="2"/>
  </w:num>
  <w:num w:numId="8" w16cid:durableId="2074815000">
    <w:abstractNumId w:val="1"/>
  </w:num>
  <w:num w:numId="9" w16cid:durableId="57567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0918"/>
    <w:rsid w:val="00642F1C"/>
    <w:rsid w:val="00AA1D8D"/>
    <w:rsid w:val="00B47730"/>
    <w:rsid w:val="00CB0664"/>
    <w:rsid w:val="00E84B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EE1BB"/>
  <w14:defaultImageDpi w14:val="300"/>
  <w15:docId w15:val="{2A8EB95C-79C3-BC4F-9BB8-D7A2FFA1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Aidan MCAULEY 18011512</cp:lastModifiedBy>
  <cp:revision>2</cp:revision>
  <dcterms:created xsi:type="dcterms:W3CDTF">2026-07-19T14:04:00Z</dcterms:created>
  <dcterms:modified xsi:type="dcterms:W3CDTF">2026-07-19T14:04:00Z</dcterms:modified>
  <cp:category/>
</cp:coreProperties>
</file>